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ABDE" w14:textId="77777777" w:rsidR="00A630EF" w:rsidRDefault="00C12DCE">
      <w:pPr>
        <w:spacing w:after="160" w:line="240" w:lineRule="auto"/>
      </w:pPr>
      <w:r>
        <w:rPr>
          <w:b/>
          <w:sz w:val="36"/>
        </w:rPr>
        <w:t>13.4 Acceleration and the TNB-Frame</w:t>
      </w:r>
    </w:p>
    <w:p w14:paraId="39D0140E" w14:textId="77777777" w:rsidR="00A630EF" w:rsidRDefault="00C12DCE">
      <w:pPr>
        <w:spacing w:after="160" w:line="240" w:lineRule="auto"/>
      </w:pPr>
      <w:r>
        <w:rPr>
          <w:b/>
          <w:sz w:val="36"/>
        </w:rPr>
        <w:t>Entry Task</w:t>
      </w:r>
    </w:p>
    <w:p w14:paraId="7E9E1D99" w14:textId="77777777" w:rsidR="00A630EF" w:rsidRDefault="00C12DCE">
      <w:pPr>
        <w:spacing w:after="160" w:line="240" w:lineRule="auto"/>
      </w:pPr>
      <w:r w:rsidRPr="00BE5249">
        <w:rPr>
          <w:bCs/>
          <w:sz w:val="32"/>
          <w:szCs w:val="40"/>
        </w:rPr>
        <w:t xml:space="preserve">Consider </w:t>
      </w:r>
      <m:oMath>
        <m:r>
          <w:rPr>
            <w:rFonts w:ascii="Cambria Math" w:hAnsi="Cambria Math"/>
            <w:sz w:val="40"/>
            <w:szCs w:val="40"/>
          </w:rPr>
          <m:t>r</m:t>
        </m:r>
        <m:d>
          <m:dPr>
            <m:ctrlPr>
              <w:rPr>
                <w:rFonts w:ascii="Cambria Math" w:hAnsi="Cambria Math"/>
                <w:bCs/>
                <w:i/>
                <w:sz w:val="40"/>
                <w:szCs w:val="40"/>
              </w:rPr>
            </m:ctrlPr>
          </m:dPr>
          <m:e>
            <m:r>
              <w:rPr>
                <w:rFonts w:ascii="Cambria Math" w:hAnsi="Cambria Math"/>
                <w:sz w:val="40"/>
                <w:szCs w:val="40"/>
              </w:rPr>
              <m:t>t</m:t>
            </m:r>
          </m:e>
        </m:d>
        <m:r>
          <w:rPr>
            <w:rFonts w:ascii="Cambria Math" w:hAnsi="Cambria Math"/>
            <w:sz w:val="40"/>
            <w:szCs w:val="40"/>
          </w:rPr>
          <m:t>=</m:t>
        </m:r>
        <m:d>
          <m:dPr>
            <m:begChr m:val="〈"/>
            <m:endChr m:val="〉"/>
            <m:ctrlPr>
              <w:rPr>
                <w:rFonts w:ascii="Cambria Math" w:hAnsi="Cambria Math"/>
                <w:bCs/>
                <w:i/>
                <w:sz w:val="40"/>
                <w:szCs w:val="40"/>
              </w:rPr>
            </m:ctrlPr>
          </m:dPr>
          <m:e>
            <m:r>
              <w:rPr>
                <w:rFonts w:ascii="Cambria Math" w:hAnsi="Cambria Math"/>
                <w:sz w:val="40"/>
                <w:szCs w:val="40"/>
              </w:rPr>
              <m:t>t,</m:t>
            </m:r>
            <m:sSup>
              <m:sSupPr>
                <m:ctrlPr>
                  <w:rPr>
                    <w:rFonts w:ascii="Cambria Math" w:hAnsi="Cambria Math"/>
                    <w:bCs/>
                    <w:i/>
                    <w:sz w:val="40"/>
                    <w:szCs w:val="40"/>
                  </w:rPr>
                </m:ctrlPr>
              </m:sSupPr>
              <m:e>
                <m:r>
                  <w:rPr>
                    <w:rFonts w:ascii="Cambria Math" w:hAnsi="Cambria Math"/>
                    <w:sz w:val="40"/>
                    <w:szCs w:val="40"/>
                  </w:rPr>
                  <m:t>t</m:t>
                </m:r>
              </m:e>
              <m:sup>
                <m:r>
                  <w:rPr>
                    <w:rFonts w:ascii="Cambria Math" w:hAnsi="Cambria Math"/>
                    <w:sz w:val="40"/>
                    <w:szCs w:val="40"/>
                  </w:rPr>
                  <m:t>2</m:t>
                </m:r>
              </m:sup>
            </m:sSup>
            <m:r>
              <w:rPr>
                <w:rFonts w:ascii="Cambria Math" w:hAnsi="Cambria Math"/>
                <w:sz w:val="40"/>
                <w:szCs w:val="40"/>
              </w:rPr>
              <m:t>,5</m:t>
            </m:r>
          </m:e>
        </m:d>
      </m:oMath>
      <w:r w:rsidRPr="00BE5249">
        <w:rPr>
          <w:bCs/>
          <w:sz w:val="32"/>
          <w:szCs w:val="40"/>
        </w:rPr>
        <w:t>.</w:t>
      </w:r>
    </w:p>
    <w:p w14:paraId="12E25F7C" w14:textId="77777777" w:rsidR="00A630EF" w:rsidRDefault="00C12DCE">
      <w:pPr>
        <w:spacing w:after="160" w:line="240" w:lineRule="auto"/>
      </w:pPr>
      <w:r w:rsidRPr="00BE5249">
        <w:rPr>
          <w:bCs/>
          <w:sz w:val="32"/>
          <w:szCs w:val="40"/>
        </w:rPr>
        <w:t xml:space="preserve">Find the unit tangent vector </w:t>
      </w:r>
      <w:r w:rsidRPr="00FF1128">
        <w:rPr>
          <w:b/>
          <w:sz w:val="32"/>
          <w:szCs w:val="40"/>
        </w:rPr>
        <w:t>T</w:t>
      </w:r>
      <w:r w:rsidRPr="00BE5249">
        <w:rPr>
          <w:bCs/>
          <w:sz w:val="32"/>
          <w:szCs w:val="40"/>
        </w:rPr>
        <w:t>(t).</w:t>
      </w:r>
    </w:p>
    <w:p w14:paraId="1175D6EA" w14:textId="77777777" w:rsidR="00A630EF" w:rsidRDefault="00C12DCE">
      <w:pPr>
        <w:spacing w:after="160" w:line="240" w:lineRule="auto"/>
      </w:pPr>
      <w:r>
        <w:br w:type="column"/>
      </w:r>
    </w:p>
    <w:p w14:paraId="70C291B1" w14:textId="77777777" w:rsidR="00A630EF" w:rsidRDefault="00C12DCE">
      <w:pPr>
        <w:spacing w:after="160" w:line="240" w:lineRule="auto"/>
      </w:pPr>
      <w:proofErr w:type="spellStart"/>
      <w:r>
        <w:rPr>
          <w:b/>
          <w:sz w:val="36"/>
        </w:rPr>
        <w:t>Thm</w:t>
      </w:r>
      <w:proofErr w:type="spellEnd"/>
      <w:r>
        <w:rPr>
          <w:b/>
          <w:sz w:val="36"/>
        </w:rPr>
        <w:t>: T</w:t>
      </w:r>
      <w:r w:rsidRPr="00FF1128">
        <w:rPr>
          <w:bCs/>
          <w:sz w:val="36"/>
        </w:rPr>
        <w:t xml:space="preserve"> and</w:t>
      </w:r>
      <w:r>
        <w:rPr>
          <w:b/>
          <w:sz w:val="36"/>
        </w:rPr>
        <w:t xml:space="preserve"> T′ </w:t>
      </w:r>
      <w:r w:rsidRPr="00FF1128">
        <w:rPr>
          <w:bCs/>
          <w:sz w:val="36"/>
        </w:rPr>
        <w:t>are always orthogonal.</w:t>
      </w:r>
    </w:p>
    <w:p w14:paraId="735C2676" w14:textId="77777777" w:rsidR="00A630EF" w:rsidRDefault="00C12DCE">
      <w:pPr>
        <w:spacing w:after="160" w:line="240" w:lineRule="auto"/>
      </w:pPr>
      <w:r w:rsidRPr="00BE5249">
        <w:rPr>
          <w:bCs/>
          <w:i/>
          <w:sz w:val="32"/>
          <w:szCs w:val="38"/>
        </w:rPr>
        <w:t>Proof</w:t>
      </w:r>
      <w:r w:rsidRPr="00BE5249">
        <w:rPr>
          <w:bCs/>
          <w:sz w:val="32"/>
          <w:szCs w:val="38"/>
        </w:rPr>
        <w:t xml:space="preserve">:  </w:t>
      </w:r>
    </w:p>
    <w:p w14:paraId="313C841D" w14:textId="17BD1040" w:rsidR="00A630EF" w:rsidRDefault="00C12DCE" w:rsidP="00FF1128">
      <w:pPr>
        <w:spacing w:after="160" w:line="240" w:lineRule="auto"/>
        <w:ind w:left="720"/>
      </w:pPr>
      <w:r w:rsidRPr="00BE5249">
        <w:rPr>
          <w:bCs/>
          <w:sz w:val="32"/>
          <w:szCs w:val="38"/>
        </w:rPr>
        <w:t xml:space="preserve">Since </w:t>
      </w:r>
      <m:oMath>
        <m:sSup>
          <m:sSupPr>
            <m:ctrlPr>
              <w:rPr>
                <w:rFonts w:ascii="Cambria Math" w:hAnsi="Cambria Math"/>
                <w:bCs/>
                <w:i/>
                <w:szCs w:val="38"/>
              </w:rPr>
            </m:ctrlPr>
          </m:sSupPr>
          <m:e>
            <m:r>
              <m:rPr>
                <m:sty m:val="bi"/>
              </m:rPr>
              <w:rPr>
                <w:rFonts w:ascii="Cambria Math" w:hAnsi="Cambria Math"/>
                <w:szCs w:val="38"/>
              </w:rPr>
              <m:t>T</m:t>
            </m:r>
            <m:r>
              <w:rPr>
                <w:rFonts w:ascii="Cambria Math" w:hAnsi="Cambria Math"/>
                <w:szCs w:val="38"/>
              </w:rPr>
              <m:t>∙</m:t>
            </m:r>
            <m:r>
              <m:rPr>
                <m:sty m:val="bi"/>
              </m:rPr>
              <w:rPr>
                <w:rFonts w:ascii="Cambria Math" w:hAnsi="Cambria Math"/>
                <w:szCs w:val="38"/>
              </w:rPr>
              <m:t>T</m:t>
            </m:r>
            <m:r>
              <w:rPr>
                <w:rFonts w:ascii="Cambria Math" w:hAnsi="Cambria Math"/>
                <w:szCs w:val="38"/>
              </w:rPr>
              <m:t>=</m:t>
            </m:r>
            <m:d>
              <m:dPr>
                <m:begChr m:val="|"/>
                <m:endChr m:val="|"/>
                <m:ctrlPr>
                  <w:rPr>
                    <w:rFonts w:ascii="Cambria Math" w:hAnsi="Cambria Math"/>
                    <w:bCs/>
                    <w:i/>
                    <w:szCs w:val="38"/>
                  </w:rPr>
                </m:ctrlPr>
              </m:dPr>
              <m:e>
                <m:r>
                  <m:rPr>
                    <m:sty m:val="bi"/>
                  </m:rPr>
                  <w:rPr>
                    <w:rFonts w:ascii="Cambria Math" w:hAnsi="Cambria Math"/>
                    <w:szCs w:val="38"/>
                  </w:rPr>
                  <m:t>T</m:t>
                </m:r>
              </m:e>
            </m:d>
          </m:e>
          <m:sup>
            <m:r>
              <w:rPr>
                <w:rFonts w:ascii="Cambria Math" w:hAnsi="Cambria Math"/>
                <w:szCs w:val="38"/>
              </w:rPr>
              <m:t>2</m:t>
            </m:r>
          </m:sup>
        </m:sSup>
        <m:r>
          <w:rPr>
            <w:rFonts w:ascii="Cambria Math" w:hAnsi="Cambria Math"/>
            <w:szCs w:val="38"/>
          </w:rPr>
          <m:t>=1</m:t>
        </m:r>
      </m:oMath>
      <w:r w:rsidRPr="00BE5249">
        <w:rPr>
          <w:bCs/>
          <w:sz w:val="32"/>
          <w:szCs w:val="38"/>
        </w:rPr>
        <w:t xml:space="preserve">, </w:t>
      </w:r>
    </w:p>
    <w:p w14:paraId="79A52120" w14:textId="77777777" w:rsidR="00A630EF" w:rsidRDefault="00C12DCE" w:rsidP="00FF1128">
      <w:pPr>
        <w:spacing w:after="160" w:line="240" w:lineRule="auto"/>
        <w:ind w:left="720"/>
      </w:pPr>
      <w:r w:rsidRPr="00BE5249">
        <w:rPr>
          <w:bCs/>
          <w:sz w:val="32"/>
          <w:szCs w:val="38"/>
        </w:rPr>
        <w:t>we differentiate both sides to get</w:t>
      </w:r>
    </w:p>
    <w:p w14:paraId="4EF4CB99" w14:textId="481FB18A" w:rsidR="00A630EF" w:rsidRDefault="00C12DCE" w:rsidP="00FF1128">
      <w:pPr>
        <w:spacing w:after="160" w:line="240" w:lineRule="auto"/>
        <w:ind w:left="720"/>
      </w:pPr>
      <m:oMath>
        <m:r>
          <w:rPr>
            <w:rFonts w:ascii="Cambria Math" w:hAnsi="Cambria Math"/>
            <w:szCs w:val="38"/>
          </w:rPr>
          <m:t xml:space="preserve">                  </m:t>
        </m:r>
        <m:sSup>
          <m:sSupPr>
            <m:ctrlPr>
              <w:rPr>
                <w:rFonts w:ascii="Cambria Math" w:hAnsi="Cambria Math"/>
                <w:bCs/>
                <w:i/>
                <w:szCs w:val="38"/>
              </w:rPr>
            </m:ctrlPr>
          </m:sSupPr>
          <m:e>
            <m:r>
              <m:rPr>
                <m:sty m:val="bi"/>
              </m:rPr>
              <w:rPr>
                <w:rFonts w:ascii="Cambria Math" w:hAnsi="Cambria Math"/>
                <w:szCs w:val="38"/>
              </w:rPr>
              <m:t>T</m:t>
            </m:r>
          </m:e>
          <m:sup>
            <m:r>
              <w:rPr>
                <w:rFonts w:ascii="Cambria Math" w:hAnsi="Cambria Math"/>
                <w:szCs w:val="38"/>
              </w:rPr>
              <m:t>'</m:t>
            </m:r>
          </m:sup>
        </m:sSup>
        <m:r>
          <w:rPr>
            <w:rFonts w:ascii="Cambria Math" w:hAnsi="Cambria Math"/>
            <w:szCs w:val="38"/>
          </w:rPr>
          <m:t>∙</m:t>
        </m:r>
        <m:r>
          <m:rPr>
            <m:sty m:val="bi"/>
          </m:rPr>
          <w:rPr>
            <w:rFonts w:ascii="Cambria Math" w:hAnsi="Cambria Math"/>
            <w:szCs w:val="38"/>
          </w:rPr>
          <m:t>T</m:t>
        </m:r>
        <m:r>
          <w:rPr>
            <w:rFonts w:ascii="Cambria Math" w:hAnsi="Cambria Math"/>
            <w:szCs w:val="38"/>
          </w:rPr>
          <m:t>+</m:t>
        </m:r>
        <m:r>
          <m:rPr>
            <m:sty m:val="bi"/>
          </m:rPr>
          <w:rPr>
            <w:rFonts w:ascii="Cambria Math" w:hAnsi="Cambria Math"/>
            <w:szCs w:val="38"/>
          </w:rPr>
          <m:t>T</m:t>
        </m:r>
        <m:r>
          <w:rPr>
            <w:rFonts w:ascii="Cambria Math" w:hAnsi="Cambria Math"/>
            <w:szCs w:val="38"/>
          </w:rPr>
          <m:t>∙</m:t>
        </m:r>
        <m:sSup>
          <m:sSupPr>
            <m:ctrlPr>
              <w:rPr>
                <w:rFonts w:ascii="Cambria Math" w:hAnsi="Cambria Math"/>
                <w:bCs/>
                <w:i/>
                <w:szCs w:val="38"/>
              </w:rPr>
            </m:ctrlPr>
          </m:sSupPr>
          <m:e>
            <m:r>
              <m:rPr>
                <m:sty m:val="bi"/>
              </m:rPr>
              <w:rPr>
                <w:rFonts w:ascii="Cambria Math" w:hAnsi="Cambria Math"/>
                <w:szCs w:val="38"/>
              </w:rPr>
              <m:t>T</m:t>
            </m:r>
          </m:e>
          <m:sup>
            <m:r>
              <w:rPr>
                <w:rFonts w:ascii="Cambria Math" w:hAnsi="Cambria Math"/>
                <w:szCs w:val="38"/>
              </w:rPr>
              <m:t>'</m:t>
            </m:r>
          </m:sup>
        </m:sSup>
        <m:r>
          <w:rPr>
            <w:rFonts w:ascii="Cambria Math" w:hAnsi="Cambria Math"/>
            <w:szCs w:val="38"/>
          </w:rPr>
          <m:t>=0</m:t>
        </m:r>
      </m:oMath>
      <w:r w:rsidRPr="00BE5249">
        <w:rPr>
          <w:bCs/>
          <w:sz w:val="32"/>
          <w:szCs w:val="38"/>
        </w:rPr>
        <w:t>.</w:t>
      </w:r>
    </w:p>
    <w:p w14:paraId="203399E8" w14:textId="74BE1204" w:rsidR="00A630EF" w:rsidRDefault="00C12DCE" w:rsidP="00FF1128">
      <w:pPr>
        <w:spacing w:after="160" w:line="240" w:lineRule="auto"/>
        <w:ind w:left="720"/>
      </w:pPr>
      <w:r w:rsidRPr="00BE5249">
        <w:rPr>
          <w:bCs/>
          <w:sz w:val="32"/>
          <w:szCs w:val="38"/>
        </w:rPr>
        <w:t xml:space="preserve">So </w:t>
      </w:r>
      <m:oMath>
        <m:r>
          <w:rPr>
            <w:rFonts w:ascii="Cambria Math" w:hAnsi="Cambria Math"/>
            <w:szCs w:val="38"/>
          </w:rPr>
          <m:t>2</m:t>
        </m:r>
        <m:r>
          <m:rPr>
            <m:sty m:val="bi"/>
          </m:rPr>
          <w:rPr>
            <w:rFonts w:ascii="Cambria Math" w:hAnsi="Cambria Math"/>
            <w:szCs w:val="38"/>
          </w:rPr>
          <m:t>T</m:t>
        </m:r>
        <m:r>
          <w:rPr>
            <w:rFonts w:ascii="Cambria Math" w:hAnsi="Cambria Math"/>
            <w:szCs w:val="38"/>
          </w:rPr>
          <m:t>∙</m:t>
        </m:r>
        <m:sSup>
          <m:sSupPr>
            <m:ctrlPr>
              <w:rPr>
                <w:rFonts w:ascii="Cambria Math" w:hAnsi="Cambria Math"/>
                <w:bCs/>
                <w:i/>
                <w:szCs w:val="38"/>
              </w:rPr>
            </m:ctrlPr>
          </m:sSupPr>
          <m:e>
            <m:r>
              <m:rPr>
                <m:sty m:val="bi"/>
              </m:rPr>
              <w:rPr>
                <w:rFonts w:ascii="Cambria Math" w:hAnsi="Cambria Math"/>
                <w:szCs w:val="38"/>
              </w:rPr>
              <m:t>T</m:t>
            </m:r>
          </m:e>
          <m:sup>
            <m:r>
              <w:rPr>
                <w:rFonts w:ascii="Cambria Math" w:hAnsi="Cambria Math"/>
                <w:szCs w:val="38"/>
              </w:rPr>
              <m:t>'</m:t>
            </m:r>
          </m:sup>
        </m:sSup>
        <m:r>
          <w:rPr>
            <w:rFonts w:ascii="Cambria Math" w:hAnsi="Cambria Math"/>
            <w:szCs w:val="38"/>
          </w:rPr>
          <m:t>=0</m:t>
        </m:r>
      </m:oMath>
      <w:r w:rsidRPr="00BE5249">
        <w:rPr>
          <w:bCs/>
          <w:sz w:val="32"/>
          <w:szCs w:val="38"/>
        </w:rPr>
        <w:t xml:space="preserve">. </w:t>
      </w:r>
    </w:p>
    <w:p w14:paraId="76A40D47" w14:textId="55F9F2BA" w:rsidR="00A630EF" w:rsidRDefault="00C12DCE" w:rsidP="00FF1128">
      <w:pPr>
        <w:spacing w:after="160" w:line="240" w:lineRule="auto"/>
        <w:ind w:left="720"/>
      </w:pPr>
      <w:r w:rsidRPr="00BE5249">
        <w:rPr>
          <w:bCs/>
          <w:sz w:val="32"/>
          <w:szCs w:val="38"/>
        </w:rPr>
        <w:t xml:space="preserve">Thus, </w:t>
      </w:r>
      <m:oMath>
        <m:r>
          <m:rPr>
            <m:sty m:val="bi"/>
          </m:rPr>
          <w:rPr>
            <w:rFonts w:ascii="Cambria Math" w:hAnsi="Cambria Math"/>
            <w:szCs w:val="38"/>
          </w:rPr>
          <m:t>T</m:t>
        </m:r>
        <m:r>
          <w:rPr>
            <w:rFonts w:ascii="Cambria Math" w:hAnsi="Cambria Math"/>
            <w:szCs w:val="38"/>
          </w:rPr>
          <m:t>∙</m:t>
        </m:r>
        <m:sSup>
          <m:sSupPr>
            <m:ctrlPr>
              <w:rPr>
                <w:rFonts w:ascii="Cambria Math" w:hAnsi="Cambria Math"/>
                <w:bCs/>
                <w:i/>
                <w:szCs w:val="38"/>
              </w:rPr>
            </m:ctrlPr>
          </m:sSupPr>
          <m:e>
            <m:r>
              <m:rPr>
                <m:sty m:val="bi"/>
              </m:rPr>
              <w:rPr>
                <w:rFonts w:ascii="Cambria Math" w:hAnsi="Cambria Math"/>
                <w:szCs w:val="38"/>
              </w:rPr>
              <m:t>T</m:t>
            </m:r>
          </m:e>
          <m:sup>
            <m:r>
              <w:rPr>
                <w:rFonts w:ascii="Cambria Math" w:hAnsi="Cambria Math"/>
                <w:szCs w:val="38"/>
              </w:rPr>
              <m:t>'</m:t>
            </m:r>
          </m:sup>
        </m:sSup>
        <m:r>
          <w:rPr>
            <w:rFonts w:ascii="Cambria Math" w:hAnsi="Cambria Math"/>
            <w:szCs w:val="38"/>
          </w:rPr>
          <m:t>=0.</m:t>
        </m:r>
      </m:oMath>
      <w:r w:rsidRPr="00BE5249">
        <w:rPr>
          <w:bCs/>
          <w:sz w:val="32"/>
          <w:szCs w:val="38"/>
        </w:rPr>
        <w:t xml:space="preserve"> (QED)</w:t>
      </w:r>
    </w:p>
    <w:p w14:paraId="6CB8B080" w14:textId="70E1BDA2" w:rsidR="00A630EF" w:rsidRDefault="00C12DCE">
      <w:pPr>
        <w:spacing w:after="160" w:line="240" w:lineRule="auto"/>
      </w:pPr>
      <w:r>
        <w:br w:type="column"/>
      </w:r>
      <w:r>
        <w:rPr>
          <w:b/>
          <w:sz w:val="36"/>
        </w:rPr>
        <w:lastRenderedPageBreak/>
        <w:t>The TNB-Frame</w:t>
      </w:r>
    </w:p>
    <w:p w14:paraId="04581CAF" w14:textId="26A29EE7" w:rsidR="00A630EF" w:rsidRDefault="00FF1128">
      <w:pPr>
        <w:spacing w:after="160" w:line="240" w:lineRule="auto"/>
      </w:pPr>
      <m:oMathPara>
        <m:oMathParaPr>
          <m:jc m:val="left"/>
        </m:oMathParaPr>
        <m:oMath>
          <m:r>
            <m:rPr>
              <m:sty m:val="bi"/>
            </m:rPr>
            <w:rPr>
              <w:rFonts w:ascii="Cambria Math" w:hAnsi="Cambria Math"/>
              <w:szCs w:val="38"/>
            </w:rPr>
            <m:t>T</m:t>
          </m:r>
          <m:d>
            <m:dPr>
              <m:ctrlPr>
                <w:rPr>
                  <w:rFonts w:ascii="Cambria Math" w:hAnsi="Cambria Math"/>
                  <w:b/>
                  <w:i/>
                  <w:szCs w:val="38"/>
                </w:rPr>
              </m:ctrlPr>
            </m:dPr>
            <m:e>
              <m:r>
                <w:rPr>
                  <w:rFonts w:ascii="Cambria Math" w:hAnsi="Cambria Math"/>
                  <w:szCs w:val="38"/>
                </w:rPr>
                <m:t>t</m:t>
              </m:r>
            </m:e>
          </m:d>
          <m:r>
            <m:rPr>
              <m:sty m:val="bi"/>
            </m:rPr>
            <w:rPr>
              <w:rFonts w:ascii="Cambria Math" w:hAnsi="Cambria Math"/>
              <w:szCs w:val="38"/>
            </w:rPr>
            <m:t>=</m:t>
          </m:r>
          <m:f>
            <m:fPr>
              <m:ctrlPr>
                <w:rPr>
                  <w:rFonts w:ascii="Cambria Math" w:hAnsi="Cambria Math"/>
                  <w:b/>
                  <w:i/>
                  <w:szCs w:val="38"/>
                </w:rPr>
              </m:ctrlPr>
            </m:fPr>
            <m:num>
              <m:r>
                <m:rPr>
                  <m:sty m:val="bi"/>
                </m:rPr>
                <w:rPr>
                  <w:rFonts w:ascii="Cambria Math" w:hAnsi="Cambria Math"/>
                  <w:szCs w:val="38"/>
                </w:rPr>
                <m:t>r</m:t>
              </m:r>
              <m:r>
                <m:rPr>
                  <m:sty m:val="bi"/>
                </m:rPr>
                <w:rPr>
                  <w:rFonts w:ascii="Cambria Math" w:hAnsi="Cambria Math"/>
                  <w:szCs w:val="38"/>
                </w:rPr>
                <m:t>'(</m:t>
              </m:r>
              <m:r>
                <w:rPr>
                  <w:rFonts w:ascii="Cambria Math" w:hAnsi="Cambria Math"/>
                  <w:szCs w:val="38"/>
                </w:rPr>
                <m:t>t</m:t>
              </m:r>
              <m:r>
                <m:rPr>
                  <m:sty m:val="bi"/>
                </m:rPr>
                <w:rPr>
                  <w:rFonts w:ascii="Cambria Math" w:hAnsi="Cambria Math"/>
                  <w:szCs w:val="38"/>
                </w:rPr>
                <m:t>)</m:t>
              </m:r>
            </m:num>
            <m:den>
              <m:r>
                <m:rPr>
                  <m:sty m:val="bi"/>
                </m:rPr>
                <w:rPr>
                  <w:rFonts w:ascii="Cambria Math" w:hAnsi="Cambria Math"/>
                  <w:szCs w:val="38"/>
                </w:rPr>
                <m:t>|</m:t>
              </m:r>
              <m:sSup>
                <m:sSupPr>
                  <m:ctrlPr>
                    <w:rPr>
                      <w:rFonts w:ascii="Cambria Math" w:hAnsi="Cambria Math"/>
                      <w:b/>
                      <w:i/>
                      <w:szCs w:val="38"/>
                    </w:rPr>
                  </m:ctrlPr>
                </m:sSupPr>
                <m:e>
                  <m:r>
                    <m:rPr>
                      <m:sty m:val="bi"/>
                    </m:rPr>
                    <w:rPr>
                      <w:rFonts w:ascii="Cambria Math" w:hAnsi="Cambria Math"/>
                      <w:szCs w:val="38"/>
                    </w:rPr>
                    <m:t>r</m:t>
                  </m:r>
                </m:e>
                <m:sup>
                  <m:r>
                    <m:rPr>
                      <m:sty m:val="bi"/>
                    </m:rPr>
                    <w:rPr>
                      <w:rFonts w:ascii="Cambria Math" w:hAnsi="Cambria Math"/>
                      <w:szCs w:val="38"/>
                    </w:rPr>
                    <m:t>'</m:t>
                  </m:r>
                </m:sup>
              </m:sSup>
              <m:d>
                <m:dPr>
                  <m:ctrlPr>
                    <w:rPr>
                      <w:rFonts w:ascii="Cambria Math" w:hAnsi="Cambria Math"/>
                      <w:b/>
                      <w:i/>
                      <w:szCs w:val="38"/>
                    </w:rPr>
                  </m:ctrlPr>
                </m:dPr>
                <m:e>
                  <m:r>
                    <w:rPr>
                      <w:rFonts w:ascii="Cambria Math" w:hAnsi="Cambria Math"/>
                      <w:szCs w:val="38"/>
                    </w:rPr>
                    <m:t>t</m:t>
                  </m:r>
                </m:e>
              </m:d>
              <m:r>
                <m:rPr>
                  <m:sty m:val="bi"/>
                </m:rPr>
                <w:rPr>
                  <w:rFonts w:ascii="Cambria Math" w:hAnsi="Cambria Math"/>
                  <w:szCs w:val="38"/>
                </w:rPr>
                <m:t>|</m:t>
              </m:r>
            </m:den>
          </m:f>
          <m:r>
            <m:rPr>
              <m:sty m:val="bi"/>
            </m:rPr>
            <w:rPr>
              <w:rFonts w:ascii="Cambria Math" w:hAnsi="Cambria Math"/>
              <w:szCs w:val="38"/>
            </w:rPr>
            <m:t>=</m:t>
          </m:r>
          <m:r>
            <m:rPr>
              <m:sty m:val="p"/>
            </m:rPr>
            <w:rPr>
              <w:rFonts w:ascii="Cambria Math" w:hAnsi="Cambria Math"/>
              <w:szCs w:val="38"/>
            </w:rPr>
            <m:t>unit tangent</m:t>
          </m:r>
          <m:r>
            <m:rPr>
              <m:sty m:val="b"/>
            </m:rPr>
            <w:rPr>
              <w:rFonts w:ascii="Cambria Math" w:hAnsi="Cambria Math"/>
              <w:szCs w:val="38"/>
            </w:rPr>
            <m:t xml:space="preserve">      </m:t>
          </m:r>
        </m:oMath>
      </m:oMathPara>
    </w:p>
    <w:p w14:paraId="4351148E" w14:textId="5AE49DBF" w:rsidR="00A630EF" w:rsidRDefault="00FF1128">
      <w:pPr>
        <w:spacing w:after="160" w:line="240" w:lineRule="auto"/>
      </w:pPr>
      <m:oMathPara>
        <m:oMathParaPr>
          <m:jc m:val="left"/>
        </m:oMathParaPr>
        <m:oMath>
          <m:r>
            <m:rPr>
              <m:sty m:val="bi"/>
            </m:rPr>
            <w:rPr>
              <w:rFonts w:ascii="Cambria Math" w:hAnsi="Cambria Math"/>
              <w:szCs w:val="38"/>
            </w:rPr>
            <m:t>N</m:t>
          </m:r>
          <m:d>
            <m:dPr>
              <m:ctrlPr>
                <w:rPr>
                  <w:rFonts w:ascii="Cambria Math" w:hAnsi="Cambria Math"/>
                  <w:b/>
                  <w:i/>
                  <w:szCs w:val="38"/>
                </w:rPr>
              </m:ctrlPr>
            </m:dPr>
            <m:e>
              <m:r>
                <w:rPr>
                  <w:rFonts w:ascii="Cambria Math" w:hAnsi="Cambria Math"/>
                  <w:szCs w:val="38"/>
                </w:rPr>
                <m:t>t</m:t>
              </m:r>
            </m:e>
          </m:d>
          <m:r>
            <m:rPr>
              <m:sty m:val="bi"/>
            </m:rPr>
            <w:rPr>
              <w:rFonts w:ascii="Cambria Math" w:hAnsi="Cambria Math"/>
              <w:szCs w:val="38"/>
            </w:rPr>
            <m:t>=</m:t>
          </m:r>
          <m:f>
            <m:fPr>
              <m:ctrlPr>
                <w:rPr>
                  <w:rFonts w:ascii="Cambria Math" w:hAnsi="Cambria Math"/>
                  <w:b/>
                  <w:i/>
                  <w:szCs w:val="38"/>
                </w:rPr>
              </m:ctrlPr>
            </m:fPr>
            <m:num>
              <m:r>
                <m:rPr>
                  <m:sty m:val="bi"/>
                </m:rPr>
                <w:rPr>
                  <w:rFonts w:ascii="Cambria Math" w:hAnsi="Cambria Math"/>
                  <w:szCs w:val="38"/>
                </w:rPr>
                <m:t>T</m:t>
              </m:r>
              <m:r>
                <m:rPr>
                  <m:sty m:val="bi"/>
                </m:rPr>
                <w:rPr>
                  <w:rFonts w:ascii="Cambria Math" w:hAnsi="Cambria Math"/>
                  <w:szCs w:val="38"/>
                </w:rPr>
                <m:t>'(</m:t>
              </m:r>
              <m:r>
                <w:rPr>
                  <w:rFonts w:ascii="Cambria Math" w:hAnsi="Cambria Math"/>
                  <w:szCs w:val="38"/>
                </w:rPr>
                <m:t>t</m:t>
              </m:r>
              <m:r>
                <m:rPr>
                  <m:sty m:val="bi"/>
                </m:rPr>
                <w:rPr>
                  <w:rFonts w:ascii="Cambria Math" w:hAnsi="Cambria Math"/>
                  <w:szCs w:val="38"/>
                </w:rPr>
                <m:t>)</m:t>
              </m:r>
            </m:num>
            <m:den>
              <m:r>
                <m:rPr>
                  <m:sty m:val="bi"/>
                </m:rPr>
                <w:rPr>
                  <w:rFonts w:ascii="Cambria Math" w:hAnsi="Cambria Math"/>
                  <w:szCs w:val="38"/>
                </w:rPr>
                <m:t>|</m:t>
              </m:r>
              <m:r>
                <m:rPr>
                  <m:sty m:val="bi"/>
                </m:rPr>
                <w:rPr>
                  <w:rFonts w:ascii="Cambria Math" w:hAnsi="Cambria Math"/>
                  <w:szCs w:val="38"/>
                </w:rPr>
                <m:t>T'</m:t>
              </m:r>
              <m:d>
                <m:dPr>
                  <m:ctrlPr>
                    <w:rPr>
                      <w:rFonts w:ascii="Cambria Math" w:hAnsi="Cambria Math"/>
                      <w:b/>
                      <w:i/>
                      <w:szCs w:val="38"/>
                    </w:rPr>
                  </m:ctrlPr>
                </m:dPr>
                <m:e>
                  <m:r>
                    <w:rPr>
                      <w:rFonts w:ascii="Cambria Math" w:hAnsi="Cambria Math"/>
                      <w:szCs w:val="38"/>
                    </w:rPr>
                    <m:t>t</m:t>
                  </m:r>
                </m:e>
              </m:d>
              <m:r>
                <m:rPr>
                  <m:sty m:val="bi"/>
                </m:rPr>
                <w:rPr>
                  <w:rFonts w:ascii="Cambria Math" w:hAnsi="Cambria Math"/>
                  <w:szCs w:val="38"/>
                </w:rPr>
                <m:t>|</m:t>
              </m:r>
            </m:den>
          </m:f>
          <m:r>
            <m:rPr>
              <m:sty m:val="bi"/>
            </m:rPr>
            <w:rPr>
              <w:rFonts w:ascii="Cambria Math" w:hAnsi="Cambria Math"/>
              <w:szCs w:val="38"/>
            </w:rPr>
            <m:t>=</m:t>
          </m:r>
          <m:r>
            <m:rPr>
              <m:sty m:val="p"/>
            </m:rPr>
            <w:rPr>
              <w:rFonts w:ascii="Cambria Math" w:hAnsi="Cambria Math"/>
              <w:szCs w:val="38"/>
            </w:rPr>
            <m:t>principal unit normal</m:t>
          </m:r>
        </m:oMath>
      </m:oMathPara>
    </w:p>
    <w:p w14:paraId="188E6128" w14:textId="5EF51053" w:rsidR="00A630EF" w:rsidRDefault="00FF1128">
      <w:pPr>
        <w:spacing w:after="160" w:line="240" w:lineRule="auto"/>
      </w:pPr>
      <m:oMathPara>
        <m:oMathParaPr>
          <m:jc m:val="left"/>
        </m:oMathParaPr>
        <m:oMath>
          <m:r>
            <m:rPr>
              <m:sty m:val="bi"/>
            </m:rPr>
            <w:rPr>
              <w:rFonts w:ascii="Cambria Math" w:hAnsi="Cambria Math"/>
              <w:szCs w:val="38"/>
            </w:rPr>
            <m:t>B</m:t>
          </m:r>
          <m:d>
            <m:dPr>
              <m:ctrlPr>
                <w:rPr>
                  <w:rFonts w:ascii="Cambria Math" w:hAnsi="Cambria Math"/>
                  <w:b/>
                  <w:i/>
                  <w:szCs w:val="38"/>
                </w:rPr>
              </m:ctrlPr>
            </m:dPr>
            <m:e>
              <m:r>
                <w:rPr>
                  <w:rFonts w:ascii="Cambria Math" w:hAnsi="Cambria Math"/>
                  <w:szCs w:val="38"/>
                </w:rPr>
                <m:t>t</m:t>
              </m:r>
            </m:e>
          </m:d>
          <m:r>
            <m:rPr>
              <m:sty m:val="bi"/>
            </m:rPr>
            <w:rPr>
              <w:rFonts w:ascii="Cambria Math" w:hAnsi="Cambria Math"/>
              <w:szCs w:val="38"/>
            </w:rPr>
            <m:t>=</m:t>
          </m:r>
          <m:r>
            <m:rPr>
              <m:sty m:val="bi"/>
            </m:rPr>
            <w:rPr>
              <w:rFonts w:ascii="Cambria Math" w:hAnsi="Cambria Math"/>
              <w:szCs w:val="38"/>
            </w:rPr>
            <m:t>T</m:t>
          </m:r>
          <m:d>
            <m:dPr>
              <m:ctrlPr>
                <w:rPr>
                  <w:rFonts w:ascii="Cambria Math" w:hAnsi="Cambria Math"/>
                  <w:b/>
                  <w:i/>
                  <w:szCs w:val="38"/>
                </w:rPr>
              </m:ctrlPr>
            </m:dPr>
            <m:e>
              <m:r>
                <w:rPr>
                  <w:rFonts w:ascii="Cambria Math" w:hAnsi="Cambria Math"/>
                  <w:szCs w:val="38"/>
                </w:rPr>
                <m:t>t</m:t>
              </m:r>
            </m:e>
          </m:d>
          <m:r>
            <m:rPr>
              <m:sty m:val="bi"/>
            </m:rPr>
            <w:rPr>
              <w:rFonts w:ascii="Cambria Math" w:hAnsi="Cambria Math"/>
              <w:szCs w:val="38"/>
            </w:rPr>
            <m:t>×</m:t>
          </m:r>
          <m:r>
            <m:rPr>
              <m:sty m:val="bi"/>
            </m:rPr>
            <w:rPr>
              <w:rFonts w:ascii="Cambria Math" w:hAnsi="Cambria Math"/>
              <w:szCs w:val="38"/>
            </w:rPr>
            <m:t>N</m:t>
          </m:r>
          <m:d>
            <m:dPr>
              <m:ctrlPr>
                <w:rPr>
                  <w:rFonts w:ascii="Cambria Math" w:hAnsi="Cambria Math"/>
                  <w:b/>
                  <w:i/>
                  <w:szCs w:val="38"/>
                </w:rPr>
              </m:ctrlPr>
            </m:dPr>
            <m:e>
              <m:r>
                <w:rPr>
                  <w:rFonts w:ascii="Cambria Math" w:hAnsi="Cambria Math"/>
                  <w:szCs w:val="38"/>
                </w:rPr>
                <m:t>t</m:t>
              </m:r>
            </m:e>
          </m:d>
          <m:r>
            <m:rPr>
              <m:sty m:val="bi"/>
            </m:rPr>
            <w:rPr>
              <w:rFonts w:ascii="Cambria Math" w:hAnsi="Cambria Math"/>
              <w:szCs w:val="38"/>
            </w:rPr>
            <m:t>=</m:t>
          </m:r>
          <m:r>
            <m:rPr>
              <m:sty m:val="p"/>
            </m:rPr>
            <w:rPr>
              <w:rFonts w:ascii="Cambria Math" w:hAnsi="Cambria Math"/>
              <w:szCs w:val="38"/>
            </w:rPr>
            <m:t>binormal</m:t>
          </m:r>
        </m:oMath>
      </m:oMathPara>
    </w:p>
    <w:p w14:paraId="241AE147" w14:textId="77777777" w:rsidR="00FF1128" w:rsidRDefault="00FF1128">
      <w:pPr>
        <w:spacing w:after="160" w:line="240" w:lineRule="auto"/>
        <w:rPr>
          <w:i/>
          <w:sz w:val="32"/>
          <w:szCs w:val="38"/>
        </w:rPr>
      </w:pPr>
    </w:p>
    <w:p w14:paraId="6196B674" w14:textId="77777777" w:rsidR="00FF1128" w:rsidRDefault="00FF1128">
      <w:pPr>
        <w:spacing w:after="160" w:line="240" w:lineRule="auto"/>
        <w:rPr>
          <w:i/>
          <w:sz w:val="32"/>
          <w:szCs w:val="38"/>
        </w:rPr>
      </w:pPr>
    </w:p>
    <w:p w14:paraId="62C1539A" w14:textId="27567410" w:rsidR="00FF1128" w:rsidRDefault="00FF1128">
      <w:pPr>
        <w:spacing w:after="160" w:line="240" w:lineRule="auto"/>
        <w:rPr>
          <w:i/>
          <w:sz w:val="32"/>
          <w:szCs w:val="38"/>
        </w:rPr>
      </w:pPr>
      <w:r w:rsidRPr="00FF1128">
        <w:rPr>
          <w:sz w:val="36"/>
          <w:szCs w:val="36"/>
        </w:rPr>
        <w:t xml:space="preserve">Note: These vectors are very </w:t>
      </w:r>
      <w:proofErr w:type="gramStart"/>
      <w:r w:rsidRPr="00FF1128">
        <w:rPr>
          <w:sz w:val="36"/>
          <w:szCs w:val="36"/>
        </w:rPr>
        <w:t>interesting, but</w:t>
      </w:r>
      <w:proofErr w:type="gramEnd"/>
      <w:r w:rsidRPr="00FF1128">
        <w:rPr>
          <w:sz w:val="36"/>
          <w:szCs w:val="36"/>
        </w:rPr>
        <w:t xml:space="preserve"> are a bit of mess to compute by hand</w:t>
      </w:r>
      <w:r>
        <w:rPr>
          <w:sz w:val="36"/>
          <w:szCs w:val="36"/>
        </w:rPr>
        <w:t>.  Think about using this on our entry task and what would happen.</w:t>
      </w:r>
    </w:p>
    <w:p w14:paraId="008DB122" w14:textId="77777777" w:rsidR="00FF1128" w:rsidRDefault="00FF1128">
      <w:pPr>
        <w:spacing w:after="160" w:line="240" w:lineRule="auto"/>
        <w:rPr>
          <w:i/>
          <w:sz w:val="32"/>
          <w:szCs w:val="38"/>
        </w:rPr>
      </w:pPr>
    </w:p>
    <w:p w14:paraId="2B84D34A" w14:textId="77777777" w:rsidR="00FF1128" w:rsidRDefault="00FF1128">
      <w:pPr>
        <w:spacing w:after="160" w:line="240" w:lineRule="auto"/>
        <w:rPr>
          <w:i/>
          <w:sz w:val="32"/>
          <w:szCs w:val="38"/>
        </w:rPr>
      </w:pPr>
    </w:p>
    <w:p w14:paraId="26BF7A93" w14:textId="77777777" w:rsidR="00FF1128" w:rsidRDefault="00FF1128">
      <w:pPr>
        <w:spacing w:after="160" w:line="240" w:lineRule="auto"/>
        <w:rPr>
          <w:i/>
          <w:sz w:val="32"/>
          <w:szCs w:val="38"/>
        </w:rPr>
      </w:pPr>
    </w:p>
    <w:p w14:paraId="6ED399C5" w14:textId="77777777" w:rsidR="00FF1128" w:rsidRDefault="00FF1128">
      <w:pPr>
        <w:spacing w:after="160" w:line="240" w:lineRule="auto"/>
        <w:rPr>
          <w:i/>
          <w:sz w:val="32"/>
          <w:szCs w:val="38"/>
        </w:rPr>
      </w:pPr>
    </w:p>
    <w:p w14:paraId="288A7652" w14:textId="77777777" w:rsidR="00FF1128" w:rsidRDefault="00FF1128">
      <w:pPr>
        <w:spacing w:after="160" w:line="240" w:lineRule="auto"/>
        <w:rPr>
          <w:i/>
          <w:sz w:val="32"/>
          <w:szCs w:val="38"/>
        </w:rPr>
      </w:pPr>
    </w:p>
    <w:p w14:paraId="43BB0CC7" w14:textId="77777777" w:rsidR="00FF1128" w:rsidRDefault="00FF1128">
      <w:pPr>
        <w:spacing w:after="160" w:line="240" w:lineRule="auto"/>
        <w:rPr>
          <w:i/>
          <w:sz w:val="32"/>
          <w:szCs w:val="38"/>
        </w:rPr>
      </w:pPr>
    </w:p>
    <w:p w14:paraId="06744D51" w14:textId="77777777" w:rsidR="00FF1128" w:rsidRDefault="00FF1128">
      <w:pPr>
        <w:spacing w:after="160" w:line="240" w:lineRule="auto"/>
        <w:rPr>
          <w:i/>
          <w:sz w:val="32"/>
          <w:szCs w:val="38"/>
        </w:rPr>
      </w:pPr>
    </w:p>
    <w:p w14:paraId="0228B95B" w14:textId="77777777" w:rsidR="00FF1128" w:rsidRDefault="00FF1128">
      <w:pPr>
        <w:spacing w:after="160" w:line="240" w:lineRule="auto"/>
        <w:rPr>
          <w:i/>
          <w:sz w:val="32"/>
          <w:szCs w:val="38"/>
        </w:rPr>
      </w:pPr>
    </w:p>
    <w:p w14:paraId="2931FFA5" w14:textId="6016016C" w:rsidR="00A630EF" w:rsidRDefault="00C12DCE">
      <w:pPr>
        <w:spacing w:after="160" w:line="240" w:lineRule="auto"/>
      </w:pPr>
      <w:r w:rsidRPr="00D0789F">
        <w:rPr>
          <w:i/>
          <w:sz w:val="32"/>
          <w:szCs w:val="38"/>
        </w:rPr>
        <w:t>TNB-Frame Facts</w:t>
      </w:r>
      <w:r w:rsidRPr="00D0789F">
        <w:rPr>
          <w:sz w:val="32"/>
          <w:szCs w:val="38"/>
        </w:rPr>
        <w:t>:</w:t>
      </w:r>
    </w:p>
    <w:p w14:paraId="7E2914AF" w14:textId="77777777" w:rsidR="00A630EF" w:rsidRDefault="00C12DCE">
      <w:pPr>
        <w:spacing w:after="160" w:line="240" w:lineRule="auto"/>
      </w:pPr>
      <m:oMath>
        <m:r>
          <m:rPr>
            <m:sty m:val="bi"/>
          </m:rPr>
          <w:rPr>
            <w:rFonts w:ascii="Cambria Math" w:hAnsi="Cambria Math"/>
            <w:szCs w:val="38"/>
          </w:rPr>
          <m:t>T</m:t>
        </m:r>
        <m:d>
          <m:dPr>
            <m:ctrlPr>
              <w:rPr>
                <w:rFonts w:ascii="Cambria Math" w:hAnsi="Cambria Math"/>
                <w:i/>
                <w:szCs w:val="38"/>
              </w:rPr>
            </m:ctrlPr>
          </m:dPr>
          <m:e>
            <m:r>
              <w:rPr>
                <w:rFonts w:ascii="Cambria Math" w:hAnsi="Cambria Math"/>
                <w:szCs w:val="38"/>
              </w:rPr>
              <m:t>t</m:t>
            </m:r>
          </m:e>
        </m:d>
      </m:oMath>
      <w:r w:rsidRPr="00D0789F">
        <w:rPr>
          <w:sz w:val="32"/>
          <w:szCs w:val="38"/>
        </w:rPr>
        <w:t xml:space="preserve"> and </w:t>
      </w:r>
      <m:oMath>
        <m:r>
          <m:rPr>
            <m:sty m:val="bi"/>
          </m:rPr>
          <w:rPr>
            <w:rFonts w:ascii="Cambria Math" w:hAnsi="Cambria Math"/>
            <w:szCs w:val="38"/>
          </w:rPr>
          <m:t>N</m:t>
        </m:r>
        <m:d>
          <m:dPr>
            <m:ctrlPr>
              <w:rPr>
                <w:rFonts w:ascii="Cambria Math" w:hAnsi="Cambria Math"/>
                <w:i/>
                <w:szCs w:val="38"/>
              </w:rPr>
            </m:ctrlPr>
          </m:dPr>
          <m:e>
            <m:r>
              <w:rPr>
                <w:rFonts w:ascii="Cambria Math" w:hAnsi="Cambria Math"/>
                <w:szCs w:val="38"/>
              </w:rPr>
              <m:t>t</m:t>
            </m:r>
          </m:e>
        </m:d>
      </m:oMath>
      <w:r w:rsidRPr="00D0789F">
        <w:rPr>
          <w:sz w:val="32"/>
          <w:szCs w:val="38"/>
        </w:rPr>
        <w:t xml:space="preserve"> together give a good approximation of the “plane of motion” called the </w:t>
      </w:r>
      <w:r w:rsidRPr="00D0789F">
        <w:rPr>
          <w:i/>
          <w:sz w:val="32"/>
          <w:szCs w:val="38"/>
        </w:rPr>
        <w:t>osculating (kissing) plane.</w:t>
      </w:r>
      <w:r w:rsidRPr="00D0789F">
        <w:rPr>
          <w:sz w:val="32"/>
          <w:szCs w:val="38"/>
        </w:rPr>
        <w:t xml:space="preserve"> </w:t>
      </w:r>
    </w:p>
    <w:p w14:paraId="090B832D" w14:textId="77777777" w:rsidR="00A630EF" w:rsidRDefault="00C12DCE">
      <w:pPr>
        <w:spacing w:after="160" w:line="240" w:lineRule="auto"/>
      </w:pPr>
      <m:oMath>
        <m:r>
          <m:rPr>
            <m:sty m:val="bi"/>
          </m:rPr>
          <w:rPr>
            <w:rFonts w:ascii="Cambria Math" w:hAnsi="Cambria Math"/>
            <w:szCs w:val="38"/>
          </w:rPr>
          <m:t>T</m:t>
        </m:r>
        <m:d>
          <m:dPr>
            <m:ctrlPr>
              <w:rPr>
                <w:rFonts w:ascii="Cambria Math" w:hAnsi="Cambria Math"/>
                <w:i/>
                <w:szCs w:val="38"/>
              </w:rPr>
            </m:ctrlPr>
          </m:dPr>
          <m:e>
            <m:r>
              <w:rPr>
                <w:rFonts w:ascii="Cambria Math" w:hAnsi="Cambria Math"/>
                <w:szCs w:val="38"/>
              </w:rPr>
              <m:t>t</m:t>
            </m:r>
          </m:e>
        </m:d>
        <m:r>
          <w:rPr>
            <w:rFonts w:ascii="Cambria Math" w:hAnsi="Cambria Math"/>
            <w:szCs w:val="38"/>
          </w:rPr>
          <m:t>,</m:t>
        </m:r>
      </m:oMath>
      <w:r w:rsidRPr="00D0789F">
        <w:rPr>
          <w:sz w:val="32"/>
          <w:szCs w:val="38"/>
        </w:rPr>
        <w:t xml:space="preserve"> </w:t>
      </w:r>
      <m:oMath>
        <m:r>
          <m:rPr>
            <m:sty m:val="bi"/>
          </m:rPr>
          <w:rPr>
            <w:rFonts w:ascii="Cambria Math" w:hAnsi="Cambria Math"/>
            <w:szCs w:val="38"/>
          </w:rPr>
          <m:t>N</m:t>
        </m:r>
        <m:d>
          <m:dPr>
            <m:ctrlPr>
              <w:rPr>
                <w:rFonts w:ascii="Cambria Math" w:hAnsi="Cambria Math"/>
                <w:i/>
                <w:szCs w:val="38"/>
              </w:rPr>
            </m:ctrlPr>
          </m:dPr>
          <m:e>
            <m:r>
              <w:rPr>
                <w:rFonts w:ascii="Cambria Math" w:hAnsi="Cambria Math"/>
                <w:szCs w:val="38"/>
              </w:rPr>
              <m:t>t</m:t>
            </m:r>
          </m:e>
        </m:d>
        <m:r>
          <w:rPr>
            <w:rFonts w:ascii="Cambria Math" w:hAnsi="Cambria Math"/>
            <w:szCs w:val="38"/>
          </w:rPr>
          <m:t>,</m:t>
        </m:r>
      </m:oMath>
      <w:r w:rsidRPr="00D0789F">
        <w:rPr>
          <w:sz w:val="32"/>
          <w:szCs w:val="38"/>
        </w:rPr>
        <w:t xml:space="preserve"> </w:t>
      </w:r>
      <m:oMath>
        <m:sSup>
          <m:sSupPr>
            <m:ctrlPr>
              <w:rPr>
                <w:rFonts w:ascii="Cambria Math" w:hAnsi="Cambria Math"/>
                <w:b/>
                <w:i/>
                <w:szCs w:val="38"/>
              </w:rPr>
            </m:ctrlPr>
          </m:sSupPr>
          <m:e>
            <m:r>
              <m:rPr>
                <m:sty m:val="bi"/>
              </m:rPr>
              <w:rPr>
                <w:rFonts w:ascii="Cambria Math" w:hAnsi="Cambria Math"/>
                <w:szCs w:val="38"/>
              </w:rPr>
              <m:t>r</m:t>
            </m:r>
          </m:e>
          <m:sup>
            <m:r>
              <m:rPr>
                <m:sty m:val="bi"/>
              </m:rPr>
              <w:rPr>
                <w:rFonts w:ascii="Cambria Math" w:hAnsi="Cambria Math"/>
                <w:szCs w:val="38"/>
              </w:rPr>
              <m:t>'</m:t>
            </m:r>
          </m:sup>
        </m:sSup>
        <m:r>
          <m:rPr>
            <m:sty m:val="bi"/>
          </m:rPr>
          <w:rPr>
            <w:rFonts w:ascii="Cambria Math" w:hAnsi="Cambria Math"/>
            <w:szCs w:val="38"/>
          </w:rPr>
          <m:t>(</m:t>
        </m:r>
        <m:r>
          <w:rPr>
            <w:rFonts w:ascii="Cambria Math" w:hAnsi="Cambria Math"/>
            <w:szCs w:val="38"/>
          </w:rPr>
          <m:t>t</m:t>
        </m:r>
        <m:r>
          <m:rPr>
            <m:sty m:val="bi"/>
          </m:rPr>
          <w:rPr>
            <w:rFonts w:ascii="Cambria Math" w:hAnsi="Cambria Math"/>
            <w:szCs w:val="38"/>
          </w:rPr>
          <m:t>)</m:t>
        </m:r>
        <m:r>
          <w:rPr>
            <w:rFonts w:ascii="Cambria Math" w:hAnsi="Cambria Math"/>
            <w:szCs w:val="38"/>
          </w:rPr>
          <m:t>,</m:t>
        </m:r>
      </m:oMath>
      <w:r w:rsidRPr="00D0789F">
        <w:rPr>
          <w:sz w:val="32"/>
          <w:szCs w:val="38"/>
        </w:rPr>
        <w:t xml:space="preserve"> and </w:t>
      </w:r>
      <m:oMath>
        <m:r>
          <m:rPr>
            <m:sty m:val="bi"/>
          </m:rPr>
          <w:rPr>
            <w:rFonts w:ascii="Cambria Math" w:hAnsi="Cambria Math"/>
            <w:szCs w:val="38"/>
          </w:rPr>
          <m:t>r''</m:t>
        </m:r>
        <m:d>
          <m:dPr>
            <m:ctrlPr>
              <w:rPr>
                <w:rFonts w:ascii="Cambria Math" w:hAnsi="Cambria Math"/>
                <w:i/>
                <w:szCs w:val="38"/>
              </w:rPr>
            </m:ctrlPr>
          </m:dPr>
          <m:e>
            <m:r>
              <w:rPr>
                <w:rFonts w:ascii="Cambria Math" w:hAnsi="Cambria Math"/>
                <w:szCs w:val="38"/>
              </w:rPr>
              <m:t>t</m:t>
            </m:r>
          </m:e>
        </m:d>
      </m:oMath>
      <w:r w:rsidRPr="00D0789F">
        <w:rPr>
          <w:sz w:val="32"/>
          <w:szCs w:val="38"/>
        </w:rPr>
        <w:t xml:space="preserve"> are ALL parallel to the osculating plane</w:t>
      </w:r>
    </w:p>
    <w:p w14:paraId="19B403BB" w14:textId="77777777" w:rsidR="00A630EF" w:rsidRDefault="00C12DCE">
      <w:r>
        <w:rPr>
          <w:noProof/>
        </w:rPr>
        <w:drawing>
          <wp:inline distT="0" distB="0" distL="0" distR="0" wp14:anchorId="4C976356" wp14:editId="61B0D12B">
            <wp:extent cx="3933825" cy="2202087"/>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34-64.png"/>
                    <pic:cNvPicPr/>
                  </pic:nvPicPr>
                  <pic:blipFill>
                    <a:blip r:embed="rId8"/>
                    <a:stretch>
                      <a:fillRect/>
                    </a:stretch>
                  </pic:blipFill>
                  <pic:spPr>
                    <a:xfrm>
                      <a:off x="0" y="0"/>
                      <a:ext cx="3942268" cy="2206813"/>
                    </a:xfrm>
                    <a:prstGeom prst="rect">
                      <a:avLst/>
                    </a:prstGeom>
                  </pic:spPr>
                </pic:pic>
              </a:graphicData>
            </a:graphic>
          </wp:inline>
        </w:drawing>
      </w:r>
    </w:p>
    <w:p w14:paraId="29FFE11F" w14:textId="16B6C17C" w:rsidR="00A630EF" w:rsidRDefault="00C12DCE" w:rsidP="00FF1128">
      <w:pPr>
        <w:spacing w:after="160" w:line="240" w:lineRule="auto"/>
        <w:ind w:left="1440" w:firstLine="720"/>
        <w:rPr>
          <w:sz w:val="20"/>
        </w:rPr>
      </w:pPr>
      <w:r>
        <w:rPr>
          <w:sz w:val="20"/>
        </w:rPr>
        <w:t xml:space="preserve">Desmos: </w:t>
      </w:r>
      <w:r w:rsidR="00FF1128">
        <w:rPr>
          <w:sz w:val="20"/>
        </w:rPr>
        <w:fldChar w:fldCharType="begin"/>
      </w:r>
      <w:r w:rsidR="00884770">
        <w:rPr>
          <w:sz w:val="20"/>
        </w:rPr>
        <w:instrText>HYPERLINK "https://desmos.com/3d/lucgz79gqg"</w:instrText>
      </w:r>
      <w:r w:rsidR="00884770">
        <w:rPr>
          <w:sz w:val="20"/>
        </w:rPr>
      </w:r>
      <w:r w:rsidR="00FF1128">
        <w:rPr>
          <w:sz w:val="20"/>
        </w:rPr>
        <w:fldChar w:fldCharType="separate"/>
      </w:r>
      <w:r w:rsidR="00884770">
        <w:rPr>
          <w:rStyle w:val="Hyperlink"/>
          <w:sz w:val="20"/>
        </w:rPr>
        <w:t>https://desmos.com/3d/lucgz79gqg</w:t>
      </w:r>
      <w:r w:rsidR="00FF1128">
        <w:rPr>
          <w:sz w:val="20"/>
        </w:rPr>
        <w:fldChar w:fldCharType="end"/>
      </w:r>
    </w:p>
    <w:p w14:paraId="1C1B5C7B" w14:textId="77777777" w:rsidR="00FF1128" w:rsidRDefault="00FF1128" w:rsidP="00FF1128">
      <w:pPr>
        <w:spacing w:after="160" w:line="240" w:lineRule="auto"/>
        <w:rPr>
          <w:sz w:val="20"/>
        </w:rPr>
      </w:pPr>
    </w:p>
    <w:p w14:paraId="48C414F1" w14:textId="421959B8" w:rsidR="00A630EF" w:rsidRDefault="00C12DCE">
      <w:pPr>
        <w:spacing w:after="160" w:line="240" w:lineRule="auto"/>
      </w:pPr>
      <w:r>
        <w:br w:type="column"/>
      </w:r>
      <w:r>
        <w:rPr>
          <w:b/>
          <w:sz w:val="36"/>
        </w:rPr>
        <w:lastRenderedPageBreak/>
        <w:t>13.4 Position, Velocity, Acceleration</w:t>
      </w:r>
    </w:p>
    <w:p w14:paraId="25644EE0" w14:textId="77777777" w:rsidR="00A630EF" w:rsidRDefault="00C12DCE">
      <w:pPr>
        <w:spacing w:after="160" w:line="240" w:lineRule="auto"/>
      </w:pPr>
      <w:r w:rsidRPr="00545598">
        <w:rPr>
          <w:sz w:val="32"/>
          <w:szCs w:val="40"/>
        </w:rPr>
        <w:t xml:space="preserve">If </w:t>
      </w:r>
      <w:r w:rsidRPr="00545598">
        <w:rPr>
          <w:b/>
          <w:i/>
          <w:sz w:val="32"/>
          <w:szCs w:val="40"/>
        </w:rPr>
        <w:t>t = time</w:t>
      </w:r>
      <w:r w:rsidRPr="00545598">
        <w:rPr>
          <w:sz w:val="32"/>
          <w:szCs w:val="40"/>
        </w:rPr>
        <w:t xml:space="preserve"> and position is given by</w:t>
      </w:r>
    </w:p>
    <w:p w14:paraId="14329B61" w14:textId="77777777" w:rsidR="00A630EF" w:rsidRDefault="00C12DCE">
      <w:pPr>
        <w:spacing w:after="160" w:line="240" w:lineRule="auto"/>
      </w:pPr>
      <m:oMathPara>
        <m:oMath>
          <m:r>
            <m:rPr>
              <m:sty m:val="bi"/>
            </m:rPr>
            <w:rPr>
              <w:rFonts w:ascii="Cambria Math" w:hAnsi="Cambria Math"/>
              <w:sz w:val="40"/>
              <w:szCs w:val="40"/>
            </w:rPr>
            <m:t>r</m:t>
          </m:r>
          <m:d>
            <m:dPr>
              <m:ctrlPr>
                <w:rPr>
                  <w:rFonts w:ascii="Cambria Math" w:hAnsi="Cambria Math"/>
                  <w:i/>
                  <w:sz w:val="40"/>
                  <w:szCs w:val="40"/>
                </w:rPr>
              </m:ctrlPr>
            </m:dPr>
            <m:e>
              <m:r>
                <w:rPr>
                  <w:rFonts w:ascii="Cambria Math" w:hAnsi="Cambria Math"/>
                  <w:sz w:val="40"/>
                  <w:szCs w:val="40"/>
                </w:rPr>
                <m:t>t</m:t>
              </m:r>
            </m:e>
          </m:d>
          <m:r>
            <w:rPr>
              <w:rFonts w:ascii="Cambria Math" w:hAnsi="Cambria Math"/>
              <w:sz w:val="40"/>
              <w:szCs w:val="40"/>
            </w:rPr>
            <m:t xml:space="preserve">= </m:t>
          </m:r>
          <m:d>
            <m:dPr>
              <m:begChr m:val="〈"/>
              <m:endChr m:val="〉"/>
              <m:ctrlPr>
                <w:rPr>
                  <w:rFonts w:ascii="Cambria Math" w:hAnsi="Cambria Math"/>
                  <w:i/>
                  <w:sz w:val="40"/>
                  <w:szCs w:val="40"/>
                </w:rPr>
              </m:ctrlPr>
            </m:dPr>
            <m:e>
              <m:r>
                <w:rPr>
                  <w:rFonts w:ascii="Cambria Math" w:hAnsi="Cambria Math"/>
                  <w:sz w:val="40"/>
                  <w:szCs w:val="40"/>
                </w:rPr>
                <m:t>x</m:t>
              </m:r>
              <m:d>
                <m:dPr>
                  <m:ctrlPr>
                    <w:rPr>
                      <w:rFonts w:ascii="Cambria Math" w:hAnsi="Cambria Math"/>
                      <w:i/>
                      <w:sz w:val="40"/>
                      <w:szCs w:val="40"/>
                    </w:rPr>
                  </m:ctrlPr>
                </m:dPr>
                <m:e>
                  <m:r>
                    <w:rPr>
                      <w:rFonts w:ascii="Cambria Math" w:hAnsi="Cambria Math"/>
                      <w:sz w:val="40"/>
                      <w:szCs w:val="40"/>
                    </w:rPr>
                    <m:t>t</m:t>
                  </m:r>
                </m:e>
              </m:d>
              <m:r>
                <w:rPr>
                  <w:rFonts w:ascii="Cambria Math" w:hAnsi="Cambria Math"/>
                  <w:sz w:val="40"/>
                  <w:szCs w:val="40"/>
                </w:rPr>
                <m:t>,y</m:t>
              </m:r>
              <m:d>
                <m:dPr>
                  <m:ctrlPr>
                    <w:rPr>
                      <w:rFonts w:ascii="Cambria Math" w:hAnsi="Cambria Math"/>
                      <w:i/>
                      <w:sz w:val="40"/>
                      <w:szCs w:val="40"/>
                    </w:rPr>
                  </m:ctrlPr>
                </m:dPr>
                <m:e>
                  <m:r>
                    <w:rPr>
                      <w:rFonts w:ascii="Cambria Math" w:hAnsi="Cambria Math"/>
                      <w:sz w:val="40"/>
                      <w:szCs w:val="40"/>
                    </w:rPr>
                    <m:t>t</m:t>
                  </m:r>
                </m:e>
              </m:d>
              <m:r>
                <w:rPr>
                  <w:rFonts w:ascii="Cambria Math" w:hAnsi="Cambria Math"/>
                  <w:sz w:val="40"/>
                  <w:szCs w:val="40"/>
                </w:rPr>
                <m:t>,z(t)</m:t>
              </m:r>
            </m:e>
          </m:d>
        </m:oMath>
      </m:oMathPara>
    </w:p>
    <w:p w14:paraId="747F8DF6" w14:textId="77777777" w:rsidR="00A630EF" w:rsidRDefault="00C12DCE">
      <w:pPr>
        <w:spacing w:after="160" w:line="240" w:lineRule="auto"/>
      </w:pPr>
      <w:r w:rsidRPr="00545598">
        <w:rPr>
          <w:sz w:val="32"/>
          <w:szCs w:val="40"/>
        </w:rPr>
        <w:t>then</w:t>
      </w:r>
    </w:p>
    <w:p w14:paraId="5C75F945" w14:textId="77777777" w:rsidR="00A630EF" w:rsidRDefault="00EB6AD3">
      <w:pPr>
        <w:spacing w:after="160" w:line="240" w:lineRule="auto"/>
      </w:pPr>
      <m:oMathPara>
        <m:oMathParaPr>
          <m:jc m:val="left"/>
        </m:oMathParaPr>
        <m:oMath>
          <m:sSup>
            <m:sSupPr>
              <m:ctrlPr>
                <w:rPr>
                  <w:rFonts w:ascii="Cambria Math" w:hAnsi="Cambria Math"/>
                  <w:b/>
                  <w:i/>
                  <w:sz w:val="36"/>
                  <w:szCs w:val="36"/>
                </w:rPr>
              </m:ctrlPr>
            </m:sSupPr>
            <m:e>
              <m:r>
                <m:rPr>
                  <m:sty m:val="bi"/>
                </m:rPr>
                <w:rPr>
                  <w:rFonts w:ascii="Cambria Math" w:hAnsi="Cambria Math"/>
                  <w:sz w:val="36"/>
                  <w:szCs w:val="36"/>
                </w:rPr>
                <m:t>r</m:t>
              </m:r>
            </m:e>
            <m:sup>
              <m:r>
                <m:rPr>
                  <m:sty m:val="bi"/>
                </m:rPr>
                <w:rPr>
                  <w:rFonts w:ascii="Cambria Math" w:hAnsi="Cambria Math"/>
                  <w:sz w:val="36"/>
                  <w:szCs w:val="36"/>
                </w:rPr>
                <m:t>'</m:t>
              </m:r>
            </m:sup>
          </m:sSup>
          <m:d>
            <m:dPr>
              <m:ctrlPr>
                <w:rPr>
                  <w:rFonts w:ascii="Cambria Math" w:hAnsi="Cambria Math"/>
                  <w:i/>
                  <w:sz w:val="36"/>
                  <w:szCs w:val="36"/>
                </w:rPr>
              </m:ctrlPr>
            </m:dPr>
            <m:e>
              <m:r>
                <w:rPr>
                  <w:rFonts w:ascii="Cambria Math" w:hAnsi="Cambria Math"/>
                  <w:sz w:val="36"/>
                  <w:szCs w:val="36"/>
                </w:rPr>
                <m:t>t</m:t>
              </m:r>
            </m:e>
          </m:d>
          <m:r>
            <w:rPr>
              <w:rFonts w:ascii="Cambria Math" w:hAnsi="Cambria Math"/>
              <w:sz w:val="36"/>
              <w:szCs w:val="36"/>
            </w:rPr>
            <m:t>=</m:t>
          </m:r>
          <m:func>
            <m:funcPr>
              <m:ctrlPr>
                <w:rPr>
                  <w:rFonts w:ascii="Cambria Math" w:hAnsi="Cambria Math"/>
                  <w:i/>
                  <w:sz w:val="36"/>
                  <w:szCs w:val="36"/>
                </w:rPr>
              </m:ctrlPr>
            </m:funcPr>
            <m:fName>
              <m:limLow>
                <m:limLowPr>
                  <m:ctrlPr>
                    <w:rPr>
                      <w:rFonts w:ascii="Cambria Math" w:hAnsi="Cambria Math"/>
                      <w:i/>
                      <w:sz w:val="36"/>
                      <w:szCs w:val="36"/>
                    </w:rPr>
                  </m:ctrlPr>
                </m:limLowPr>
                <m:e>
                  <m:r>
                    <m:rPr>
                      <m:sty m:val="p"/>
                    </m:rPr>
                    <w:rPr>
                      <w:rFonts w:ascii="Cambria Math" w:hAnsi="Cambria Math"/>
                      <w:sz w:val="36"/>
                      <w:szCs w:val="36"/>
                    </w:rPr>
                    <m:t>lim</m:t>
                  </m:r>
                </m:e>
                <m:lim>
                  <m:r>
                    <w:rPr>
                      <w:rFonts w:ascii="Cambria Math" w:hAnsi="Cambria Math"/>
                      <w:sz w:val="36"/>
                      <w:szCs w:val="36"/>
                    </w:rPr>
                    <m:t>h→0</m:t>
                  </m:r>
                </m:lim>
              </m:limLow>
            </m:fName>
            <m:e>
              <m:f>
                <m:fPr>
                  <m:ctrlPr>
                    <w:rPr>
                      <w:rFonts w:ascii="Cambria Math" w:hAnsi="Cambria Math"/>
                      <w:i/>
                      <w:sz w:val="36"/>
                      <w:szCs w:val="36"/>
                    </w:rPr>
                  </m:ctrlPr>
                </m:fPr>
                <m:num>
                  <m:r>
                    <m:rPr>
                      <m:sty m:val="bi"/>
                    </m:rPr>
                    <w:rPr>
                      <w:rFonts w:ascii="Cambria Math" w:hAnsi="Cambria Math"/>
                      <w:sz w:val="36"/>
                      <w:szCs w:val="36"/>
                    </w:rPr>
                    <m:t>r</m:t>
                  </m:r>
                  <m:d>
                    <m:dPr>
                      <m:ctrlPr>
                        <w:rPr>
                          <w:rFonts w:ascii="Cambria Math" w:hAnsi="Cambria Math"/>
                          <w:i/>
                          <w:sz w:val="36"/>
                          <w:szCs w:val="36"/>
                        </w:rPr>
                      </m:ctrlPr>
                    </m:dPr>
                    <m:e>
                      <m:r>
                        <w:rPr>
                          <w:rFonts w:ascii="Cambria Math" w:hAnsi="Cambria Math"/>
                          <w:sz w:val="36"/>
                          <w:szCs w:val="36"/>
                        </w:rPr>
                        <m:t>t+h</m:t>
                      </m:r>
                    </m:e>
                  </m:d>
                  <m:r>
                    <w:rPr>
                      <w:rFonts w:ascii="Cambria Math" w:hAnsi="Cambria Math"/>
                      <w:sz w:val="36"/>
                      <w:szCs w:val="36"/>
                    </w:rPr>
                    <m:t>-</m:t>
                  </m:r>
                  <m:r>
                    <m:rPr>
                      <m:sty m:val="bi"/>
                    </m:rPr>
                    <w:rPr>
                      <w:rFonts w:ascii="Cambria Math" w:hAnsi="Cambria Math"/>
                      <w:sz w:val="36"/>
                      <w:szCs w:val="36"/>
                    </w:rPr>
                    <m:t>r</m:t>
                  </m:r>
                  <m:d>
                    <m:dPr>
                      <m:ctrlPr>
                        <w:rPr>
                          <w:rFonts w:ascii="Cambria Math" w:hAnsi="Cambria Math"/>
                          <w:i/>
                          <w:sz w:val="36"/>
                          <w:szCs w:val="36"/>
                        </w:rPr>
                      </m:ctrlPr>
                    </m:dPr>
                    <m:e>
                      <m:r>
                        <w:rPr>
                          <w:rFonts w:ascii="Cambria Math" w:hAnsi="Cambria Math"/>
                          <w:sz w:val="36"/>
                          <w:szCs w:val="36"/>
                        </w:rPr>
                        <m:t>t</m:t>
                      </m:r>
                    </m:e>
                  </m:d>
                </m:num>
                <m:den>
                  <m:r>
                    <w:rPr>
                      <w:rFonts w:ascii="Cambria Math" w:hAnsi="Cambria Math"/>
                      <w:sz w:val="36"/>
                      <w:szCs w:val="36"/>
                    </w:rPr>
                    <m:t>h</m:t>
                  </m:r>
                </m:den>
              </m:f>
            </m:e>
          </m:func>
          <m:r>
            <w:rPr>
              <w:rFonts w:ascii="Cambria Math" w:hAnsi="Cambria Math"/>
              <w:sz w:val="36"/>
              <w:szCs w:val="36"/>
            </w:rPr>
            <m:t>=</m:t>
          </m:r>
          <m:r>
            <m:rPr>
              <m:sty m:val="p"/>
            </m:rPr>
            <w:rPr>
              <w:rFonts w:ascii="Cambria Math" w:hAnsi="Cambria Math"/>
              <w:sz w:val="36"/>
              <w:szCs w:val="36"/>
            </w:rPr>
            <m:t>velocity</m:t>
          </m:r>
        </m:oMath>
      </m:oMathPara>
    </w:p>
    <w:p w14:paraId="34E8C347" w14:textId="7E62D242" w:rsidR="00A630EF" w:rsidRDefault="00EB6AD3">
      <w:pPr>
        <w:spacing w:after="160" w:line="240" w:lineRule="auto"/>
      </w:pPr>
      <m:oMath>
        <m:d>
          <m:dPr>
            <m:begChr m:val="|"/>
            <m:endChr m:val="|"/>
            <m:ctrlPr>
              <w:rPr>
                <w:rFonts w:ascii="Cambria Math" w:hAnsi="Cambria Math"/>
                <w:i/>
                <w:sz w:val="36"/>
                <w:szCs w:val="36"/>
              </w:rPr>
            </m:ctrlPr>
          </m:dPr>
          <m:e>
            <m:sSup>
              <m:sSupPr>
                <m:ctrlPr>
                  <w:rPr>
                    <w:rFonts w:ascii="Cambria Math" w:hAnsi="Cambria Math"/>
                    <w:b/>
                    <w:i/>
                    <w:sz w:val="36"/>
                    <w:szCs w:val="36"/>
                  </w:rPr>
                </m:ctrlPr>
              </m:sSupPr>
              <m:e>
                <m:r>
                  <m:rPr>
                    <m:sty m:val="bi"/>
                  </m:rPr>
                  <w:rPr>
                    <w:rFonts w:ascii="Cambria Math" w:hAnsi="Cambria Math"/>
                    <w:sz w:val="36"/>
                    <w:szCs w:val="36"/>
                  </w:rPr>
                  <m:t>r</m:t>
                </m:r>
                <m:ctrlPr>
                  <w:rPr>
                    <w:rFonts w:ascii="Cambria Math" w:hAnsi="Cambria Math"/>
                    <w:i/>
                    <w:sz w:val="36"/>
                    <w:szCs w:val="36"/>
                  </w:rPr>
                </m:ctrlPr>
              </m:e>
              <m:sup>
                <m:r>
                  <m:rPr>
                    <m:sty m:val="bi"/>
                  </m:rPr>
                  <w:rPr>
                    <w:rFonts w:ascii="Cambria Math" w:hAnsi="Cambria Math"/>
                    <w:sz w:val="36"/>
                    <w:szCs w:val="36"/>
                  </w:rPr>
                  <m:t>'</m:t>
                </m:r>
              </m:sup>
            </m:sSup>
            <m:r>
              <m:rPr>
                <m:sty m:val="bi"/>
              </m:rPr>
              <w:rPr>
                <w:rFonts w:ascii="Cambria Math" w:hAnsi="Cambria Math"/>
                <w:sz w:val="36"/>
                <w:szCs w:val="36"/>
              </w:rPr>
              <m:t>(</m:t>
            </m:r>
            <m:r>
              <w:rPr>
                <w:rFonts w:ascii="Cambria Math" w:hAnsi="Cambria Math"/>
                <w:sz w:val="36"/>
                <w:szCs w:val="36"/>
              </w:rPr>
              <m:t>t</m:t>
            </m:r>
            <m:r>
              <m:rPr>
                <m:sty m:val="bi"/>
              </m:rPr>
              <w:rPr>
                <w:rFonts w:ascii="Cambria Math" w:hAnsi="Cambria Math"/>
                <w:sz w:val="36"/>
                <w:szCs w:val="36"/>
              </w:rPr>
              <m:t>)</m:t>
            </m:r>
          </m:e>
        </m:d>
        <m:r>
          <w:rPr>
            <w:rFonts w:ascii="Cambria Math" w:hAnsi="Cambria Math"/>
            <w:sz w:val="36"/>
            <w:szCs w:val="36"/>
          </w:rPr>
          <m:t>=</m:t>
        </m:r>
        <m:f>
          <m:fPr>
            <m:ctrlPr>
              <w:rPr>
                <w:rFonts w:ascii="Cambria Math" w:hAnsi="Cambria Math"/>
                <w:i/>
                <w:sz w:val="36"/>
                <w:szCs w:val="36"/>
              </w:rPr>
            </m:ctrlPr>
          </m:fPr>
          <m:num>
            <m:r>
              <m:rPr>
                <m:sty m:val="p"/>
              </m:rPr>
              <w:rPr>
                <w:rFonts w:ascii="Cambria Math" w:hAnsi="Cambria Math"/>
                <w:sz w:val="36"/>
                <w:szCs w:val="36"/>
              </w:rPr>
              <m:t>change in dist</m:t>
            </m:r>
          </m:num>
          <m:den>
            <m:r>
              <m:rPr>
                <m:sty m:val="p"/>
              </m:rPr>
              <w:rPr>
                <w:rFonts w:ascii="Cambria Math" w:hAnsi="Cambria Math"/>
                <w:sz w:val="36"/>
                <w:szCs w:val="36"/>
              </w:rPr>
              <m:t>change in time</m:t>
            </m:r>
          </m:den>
        </m:f>
        <m:r>
          <w:rPr>
            <w:rFonts w:ascii="Cambria Math" w:hAnsi="Cambria Math"/>
            <w:sz w:val="36"/>
            <w:szCs w:val="36"/>
          </w:rPr>
          <m:t>=</m:t>
        </m:r>
        <m:r>
          <m:rPr>
            <m:sty m:val="p"/>
          </m:rPr>
          <w:rPr>
            <w:rFonts w:ascii="Cambria Math" w:hAnsi="Cambria Math"/>
            <w:sz w:val="36"/>
            <w:szCs w:val="36"/>
          </w:rPr>
          <m:t>speed=</m:t>
        </m:r>
        <m:f>
          <m:fPr>
            <m:ctrlPr>
              <w:rPr>
                <w:rFonts w:ascii="Cambria Math" w:hAnsi="Cambria Math"/>
                <w:sz w:val="36"/>
                <w:szCs w:val="36"/>
              </w:rPr>
            </m:ctrlPr>
          </m:fPr>
          <m:num>
            <m:r>
              <m:rPr>
                <m:sty m:val="p"/>
              </m:rPr>
              <w:rPr>
                <w:rFonts w:ascii="Cambria Math" w:hAnsi="Cambria Math"/>
                <w:sz w:val="36"/>
                <w:szCs w:val="36"/>
              </w:rPr>
              <m:t>ds</m:t>
            </m:r>
          </m:num>
          <m:den>
            <m:r>
              <m:rPr>
                <m:sty m:val="p"/>
              </m:rPr>
              <w:rPr>
                <w:rFonts w:ascii="Cambria Math" w:hAnsi="Cambria Math"/>
                <w:sz w:val="36"/>
                <w:szCs w:val="36"/>
              </w:rPr>
              <m:t>dt</m:t>
            </m:r>
          </m:den>
        </m:f>
      </m:oMath>
      <w:r w:rsidR="00C12DCE" w:rsidRPr="00102ACB">
        <w:rPr>
          <w:sz w:val="32"/>
          <w:szCs w:val="36"/>
        </w:rPr>
        <w:t xml:space="preserve"> </w:t>
      </w:r>
    </w:p>
    <w:p w14:paraId="60985441" w14:textId="77777777" w:rsidR="00A630EF" w:rsidRDefault="00EB6AD3">
      <w:pPr>
        <w:spacing w:after="160" w:line="240" w:lineRule="auto"/>
      </w:pPr>
      <m:oMathPara>
        <m:oMathParaPr>
          <m:jc m:val="left"/>
        </m:oMathParaPr>
        <m:oMath>
          <m:sSup>
            <m:sSupPr>
              <m:ctrlPr>
                <w:rPr>
                  <w:rFonts w:ascii="Cambria Math" w:hAnsi="Cambria Math"/>
                  <w:b/>
                  <w:i/>
                  <w:sz w:val="36"/>
                  <w:szCs w:val="36"/>
                </w:rPr>
              </m:ctrlPr>
            </m:sSupPr>
            <m:e>
              <m:r>
                <m:rPr>
                  <m:sty m:val="bi"/>
                </m:rPr>
                <w:rPr>
                  <w:rFonts w:ascii="Cambria Math" w:hAnsi="Cambria Math"/>
                  <w:sz w:val="36"/>
                  <w:szCs w:val="36"/>
                </w:rPr>
                <m:t>r</m:t>
              </m:r>
            </m:e>
            <m:sup>
              <m:r>
                <m:rPr>
                  <m:sty m:val="bi"/>
                </m:rPr>
                <w:rPr>
                  <w:rFonts w:ascii="Cambria Math" w:hAnsi="Cambria Math"/>
                  <w:sz w:val="36"/>
                  <w:szCs w:val="36"/>
                </w:rPr>
                <m:t>''</m:t>
              </m:r>
            </m:sup>
          </m:sSup>
          <m:d>
            <m:dPr>
              <m:ctrlPr>
                <w:rPr>
                  <w:rFonts w:ascii="Cambria Math" w:hAnsi="Cambria Math"/>
                  <w:i/>
                  <w:sz w:val="36"/>
                  <w:szCs w:val="36"/>
                </w:rPr>
              </m:ctrlPr>
            </m:dPr>
            <m:e>
              <m:r>
                <w:rPr>
                  <w:rFonts w:ascii="Cambria Math" w:hAnsi="Cambria Math"/>
                  <w:sz w:val="36"/>
                  <w:szCs w:val="36"/>
                </w:rPr>
                <m:t>t</m:t>
              </m:r>
            </m:e>
          </m:d>
          <m:r>
            <w:rPr>
              <w:rFonts w:ascii="Cambria Math" w:hAnsi="Cambria Math"/>
              <w:sz w:val="36"/>
              <w:szCs w:val="36"/>
            </w:rPr>
            <m:t>=</m:t>
          </m:r>
          <m:func>
            <m:funcPr>
              <m:ctrlPr>
                <w:rPr>
                  <w:rFonts w:ascii="Cambria Math" w:hAnsi="Cambria Math"/>
                  <w:i/>
                  <w:sz w:val="36"/>
                  <w:szCs w:val="36"/>
                </w:rPr>
              </m:ctrlPr>
            </m:funcPr>
            <m:fName>
              <m:limLow>
                <m:limLowPr>
                  <m:ctrlPr>
                    <w:rPr>
                      <w:rFonts w:ascii="Cambria Math" w:hAnsi="Cambria Math"/>
                      <w:i/>
                      <w:sz w:val="36"/>
                      <w:szCs w:val="36"/>
                    </w:rPr>
                  </m:ctrlPr>
                </m:limLowPr>
                <m:e>
                  <m:r>
                    <m:rPr>
                      <m:sty m:val="p"/>
                    </m:rPr>
                    <w:rPr>
                      <w:rFonts w:ascii="Cambria Math" w:hAnsi="Cambria Math"/>
                      <w:sz w:val="36"/>
                      <w:szCs w:val="36"/>
                    </w:rPr>
                    <m:t>lim</m:t>
                  </m:r>
                </m:e>
                <m:lim>
                  <m:r>
                    <w:rPr>
                      <w:rFonts w:ascii="Cambria Math" w:hAnsi="Cambria Math"/>
                      <w:sz w:val="36"/>
                      <w:szCs w:val="36"/>
                    </w:rPr>
                    <m:t>h→0</m:t>
                  </m:r>
                </m:lim>
              </m:limLow>
            </m:fName>
            <m:e>
              <m:f>
                <m:fPr>
                  <m:ctrlPr>
                    <w:rPr>
                      <w:rFonts w:ascii="Cambria Math" w:hAnsi="Cambria Math"/>
                      <w:i/>
                      <w:sz w:val="36"/>
                      <w:szCs w:val="36"/>
                    </w:rPr>
                  </m:ctrlPr>
                </m:fPr>
                <m:num>
                  <m:sSup>
                    <m:sSupPr>
                      <m:ctrlPr>
                        <w:rPr>
                          <w:rFonts w:ascii="Cambria Math" w:hAnsi="Cambria Math"/>
                          <w:i/>
                          <w:sz w:val="36"/>
                          <w:szCs w:val="36"/>
                        </w:rPr>
                      </m:ctrlPr>
                    </m:sSupPr>
                    <m:e>
                      <m:r>
                        <m:rPr>
                          <m:sty m:val="bi"/>
                        </m:rPr>
                        <w:rPr>
                          <w:rFonts w:ascii="Cambria Math" w:hAnsi="Cambria Math"/>
                          <w:sz w:val="36"/>
                          <w:szCs w:val="36"/>
                        </w:rPr>
                        <m:t>r</m:t>
                      </m:r>
                      <m:ctrlPr>
                        <w:rPr>
                          <w:rFonts w:ascii="Cambria Math" w:hAnsi="Cambria Math"/>
                          <w:b/>
                          <w:i/>
                          <w:sz w:val="36"/>
                          <w:szCs w:val="36"/>
                        </w:rPr>
                      </m:ctrlPr>
                    </m:e>
                    <m:sup>
                      <m:r>
                        <w:rPr>
                          <w:rFonts w:ascii="Cambria Math" w:hAnsi="Cambria Math"/>
                          <w:sz w:val="36"/>
                          <w:szCs w:val="36"/>
                        </w:rPr>
                        <m:t>'</m:t>
                      </m:r>
                    </m:sup>
                  </m:sSup>
                  <m:d>
                    <m:dPr>
                      <m:ctrlPr>
                        <w:rPr>
                          <w:rFonts w:ascii="Cambria Math" w:hAnsi="Cambria Math"/>
                          <w:i/>
                          <w:sz w:val="36"/>
                          <w:szCs w:val="36"/>
                        </w:rPr>
                      </m:ctrlPr>
                    </m:dPr>
                    <m:e>
                      <m:r>
                        <w:rPr>
                          <w:rFonts w:ascii="Cambria Math" w:hAnsi="Cambria Math"/>
                          <w:sz w:val="36"/>
                          <w:szCs w:val="36"/>
                        </w:rPr>
                        <m:t>t+h</m:t>
                      </m:r>
                    </m:e>
                  </m:d>
                  <m:r>
                    <w:rPr>
                      <w:rFonts w:ascii="Cambria Math" w:hAnsi="Cambria Math"/>
                      <w:sz w:val="36"/>
                      <w:szCs w:val="36"/>
                    </w:rPr>
                    <m:t>-</m:t>
                  </m:r>
                  <m:sSup>
                    <m:sSupPr>
                      <m:ctrlPr>
                        <w:rPr>
                          <w:rFonts w:ascii="Cambria Math" w:hAnsi="Cambria Math"/>
                          <w:b/>
                          <w:i/>
                          <w:sz w:val="36"/>
                          <w:szCs w:val="36"/>
                        </w:rPr>
                      </m:ctrlPr>
                    </m:sSupPr>
                    <m:e>
                      <m:r>
                        <m:rPr>
                          <m:sty m:val="bi"/>
                        </m:rPr>
                        <w:rPr>
                          <w:rFonts w:ascii="Cambria Math" w:hAnsi="Cambria Math"/>
                          <w:sz w:val="36"/>
                          <w:szCs w:val="36"/>
                        </w:rPr>
                        <m:t>r</m:t>
                      </m:r>
                      <m:ctrlPr>
                        <w:rPr>
                          <w:rFonts w:ascii="Cambria Math" w:hAnsi="Cambria Math"/>
                          <w:i/>
                          <w:sz w:val="36"/>
                          <w:szCs w:val="36"/>
                        </w:rPr>
                      </m:ctrlPr>
                    </m:e>
                    <m:sup>
                      <m:r>
                        <m:rPr>
                          <m:sty m:val="bi"/>
                        </m:rPr>
                        <w:rPr>
                          <w:rFonts w:ascii="Cambria Math" w:hAnsi="Cambria Math"/>
                          <w:sz w:val="36"/>
                          <w:szCs w:val="36"/>
                        </w:rPr>
                        <m:t>'</m:t>
                      </m:r>
                    </m:sup>
                  </m:sSup>
                  <m:d>
                    <m:dPr>
                      <m:ctrlPr>
                        <w:rPr>
                          <w:rFonts w:ascii="Cambria Math" w:hAnsi="Cambria Math"/>
                          <w:i/>
                          <w:sz w:val="36"/>
                          <w:szCs w:val="36"/>
                        </w:rPr>
                      </m:ctrlPr>
                    </m:dPr>
                    <m:e>
                      <m:r>
                        <w:rPr>
                          <w:rFonts w:ascii="Cambria Math" w:hAnsi="Cambria Math"/>
                          <w:sz w:val="36"/>
                          <w:szCs w:val="36"/>
                        </w:rPr>
                        <m:t>t</m:t>
                      </m:r>
                    </m:e>
                  </m:d>
                </m:num>
                <m:den>
                  <m:r>
                    <w:rPr>
                      <w:rFonts w:ascii="Cambria Math" w:hAnsi="Cambria Math"/>
                      <w:sz w:val="36"/>
                      <w:szCs w:val="36"/>
                    </w:rPr>
                    <m:t>h</m:t>
                  </m:r>
                </m:den>
              </m:f>
            </m:e>
          </m:func>
        </m:oMath>
      </m:oMathPara>
    </w:p>
    <w:p w14:paraId="4EE53D2B" w14:textId="77777777" w:rsidR="00A630EF" w:rsidRDefault="00C12DCE">
      <w:pPr>
        <w:spacing w:after="160" w:line="240" w:lineRule="auto"/>
      </w:pPr>
      <m:oMathPara>
        <m:oMath>
          <m:r>
            <w:rPr>
              <w:rFonts w:ascii="Cambria Math" w:hAnsi="Cambria Math"/>
              <w:sz w:val="36"/>
              <w:szCs w:val="36"/>
            </w:rPr>
            <m:t xml:space="preserve">            =</m:t>
          </m:r>
          <m:f>
            <m:fPr>
              <m:ctrlPr>
                <w:rPr>
                  <w:rFonts w:ascii="Cambria Math" w:hAnsi="Cambria Math"/>
                  <w:i/>
                  <w:sz w:val="36"/>
                  <w:szCs w:val="36"/>
                </w:rPr>
              </m:ctrlPr>
            </m:fPr>
            <m:num>
              <m:r>
                <m:rPr>
                  <m:sty m:val="p"/>
                </m:rPr>
                <w:rPr>
                  <w:rFonts w:ascii="Cambria Math" w:hAnsi="Cambria Math"/>
                  <w:sz w:val="36"/>
                  <w:szCs w:val="36"/>
                </w:rPr>
                <m:t>change in velocity</m:t>
              </m:r>
            </m:num>
            <m:den>
              <m:r>
                <m:rPr>
                  <m:sty m:val="p"/>
                </m:rPr>
                <w:rPr>
                  <w:rFonts w:ascii="Cambria Math" w:hAnsi="Cambria Math"/>
                  <w:sz w:val="36"/>
                  <w:szCs w:val="36"/>
                </w:rPr>
                <m:t>change in time</m:t>
              </m:r>
            </m:den>
          </m:f>
          <m:r>
            <w:rPr>
              <w:rFonts w:ascii="Cambria Math" w:hAnsi="Cambria Math"/>
              <w:sz w:val="36"/>
              <w:szCs w:val="36"/>
            </w:rPr>
            <m:t>=</m:t>
          </m:r>
          <m:r>
            <m:rPr>
              <m:sty m:val="bi"/>
            </m:rPr>
            <w:rPr>
              <w:rFonts w:ascii="Cambria Math" w:hAnsi="Cambria Math"/>
              <w:sz w:val="36"/>
              <w:szCs w:val="36"/>
            </w:rPr>
            <m:t>a</m:t>
          </m:r>
          <m:d>
            <m:dPr>
              <m:ctrlPr>
                <w:rPr>
                  <w:rFonts w:ascii="Cambria Math" w:hAnsi="Cambria Math"/>
                  <w:i/>
                  <w:sz w:val="36"/>
                  <w:szCs w:val="36"/>
                </w:rPr>
              </m:ctrlPr>
            </m:dPr>
            <m:e>
              <m:r>
                <w:rPr>
                  <w:rFonts w:ascii="Cambria Math" w:hAnsi="Cambria Math"/>
                  <w:sz w:val="36"/>
                  <w:szCs w:val="36"/>
                </w:rPr>
                <m:t>t</m:t>
              </m:r>
            </m:e>
          </m:d>
        </m:oMath>
      </m:oMathPara>
    </w:p>
    <w:p w14:paraId="044DE1C1" w14:textId="302923B1" w:rsidR="00A630EF" w:rsidRDefault="00C12DCE">
      <w:pPr>
        <w:spacing w:after="160" w:line="240" w:lineRule="auto"/>
      </w:pPr>
      <w:r>
        <w:br w:type="column"/>
      </w:r>
      <w:r>
        <w:rPr>
          <w:b/>
          <w:sz w:val="36"/>
        </w:rPr>
        <w:t>Example</w:t>
      </w:r>
    </w:p>
    <w:p w14:paraId="3ADA601C" w14:textId="77777777" w:rsidR="00A630EF" w:rsidRDefault="00C12DCE">
      <w:pPr>
        <w:spacing w:after="160" w:line="240" w:lineRule="auto"/>
      </w:pPr>
      <w:r w:rsidRPr="00545598">
        <w:rPr>
          <w:sz w:val="32"/>
          <w:szCs w:val="40"/>
        </w:rPr>
        <w:t xml:space="preserve">Let </w:t>
      </w:r>
      <w:proofErr w:type="spellStart"/>
      <w:r w:rsidRPr="00545598">
        <w:rPr>
          <w:i/>
          <w:sz w:val="32"/>
          <w:szCs w:val="40"/>
        </w:rPr>
        <w:t>t</w:t>
      </w:r>
      <w:proofErr w:type="spellEnd"/>
      <w:r w:rsidRPr="00545598">
        <w:rPr>
          <w:sz w:val="32"/>
          <w:szCs w:val="40"/>
        </w:rPr>
        <w:t xml:space="preserve"> be </w:t>
      </w:r>
      <w:r w:rsidRPr="00FF1128">
        <w:rPr>
          <w:bCs/>
          <w:sz w:val="32"/>
          <w:szCs w:val="40"/>
        </w:rPr>
        <w:t>time in seconds</w:t>
      </w:r>
      <w:r w:rsidRPr="00545598">
        <w:rPr>
          <w:sz w:val="32"/>
          <w:szCs w:val="40"/>
        </w:rPr>
        <w:t xml:space="preserve"> and assume the position of an object (in </w:t>
      </w:r>
      <w:r w:rsidRPr="00FF1128">
        <w:rPr>
          <w:bCs/>
          <w:sz w:val="32"/>
          <w:szCs w:val="40"/>
        </w:rPr>
        <w:t>feet</w:t>
      </w:r>
      <w:r w:rsidRPr="00545598">
        <w:rPr>
          <w:sz w:val="32"/>
          <w:szCs w:val="40"/>
        </w:rPr>
        <w:t xml:space="preserve">) is given by  </w:t>
      </w:r>
    </w:p>
    <w:p w14:paraId="66A5F872" w14:textId="77777777" w:rsidR="00A630EF" w:rsidRDefault="00C12DCE">
      <w:pPr>
        <w:spacing w:after="160" w:line="240" w:lineRule="auto"/>
      </w:pPr>
      <m:oMathPara>
        <m:oMath>
          <m:r>
            <w:rPr>
              <w:rFonts w:ascii="Cambria Math" w:hAnsi="Cambria Math"/>
            </w:rPr>
            <m:t>r(t) = ⟨50t, 6+50t-16t²⟩</m:t>
          </m:r>
        </m:oMath>
      </m:oMathPara>
    </w:p>
    <w:p w14:paraId="08392B4C" w14:textId="77777777" w:rsidR="00A630EF" w:rsidRDefault="00C12DCE">
      <w:pPr>
        <w:spacing w:after="160" w:line="240" w:lineRule="auto"/>
      </w:pPr>
      <w:r w:rsidRPr="00545598">
        <w:rPr>
          <w:sz w:val="32"/>
          <w:szCs w:val="40"/>
        </w:rPr>
        <w:t xml:space="preserve">Compute </w:t>
      </w:r>
      <m:oMath>
        <m:sSup>
          <m:sSupPr>
            <m:ctrlPr>
              <w:rPr>
                <w:rFonts w:ascii="Cambria Math" w:hAnsi="Cambria Math"/>
                <w:b/>
                <w:i/>
                <w:sz w:val="40"/>
                <w:szCs w:val="40"/>
              </w:rPr>
            </m:ctrlPr>
          </m:sSupPr>
          <m:e>
            <m:r>
              <m:rPr>
                <m:sty m:val="bi"/>
              </m:rPr>
              <w:rPr>
                <w:rFonts w:ascii="Cambria Math" w:hAnsi="Cambria Math"/>
                <w:sz w:val="40"/>
                <w:szCs w:val="40"/>
              </w:rPr>
              <m:t>r</m:t>
            </m:r>
          </m:e>
          <m:sup>
            <m:r>
              <m:rPr>
                <m:sty m:val="bi"/>
              </m:rPr>
              <w:rPr>
                <w:rFonts w:ascii="Cambria Math" w:hAnsi="Cambria Math"/>
                <w:sz w:val="40"/>
                <w:szCs w:val="40"/>
              </w:rPr>
              <m:t>'</m:t>
            </m:r>
          </m:sup>
        </m:sSup>
        <m:d>
          <m:dPr>
            <m:ctrlPr>
              <w:rPr>
                <w:rFonts w:ascii="Cambria Math" w:hAnsi="Cambria Math"/>
                <w:i/>
                <w:sz w:val="40"/>
                <w:szCs w:val="40"/>
              </w:rPr>
            </m:ctrlPr>
          </m:dPr>
          <m:e>
            <m:r>
              <w:rPr>
                <w:rFonts w:ascii="Cambria Math" w:hAnsi="Cambria Math"/>
                <w:sz w:val="40"/>
                <w:szCs w:val="40"/>
              </w:rPr>
              <m:t>t</m:t>
            </m:r>
          </m:e>
        </m:d>
      </m:oMath>
      <w:r w:rsidRPr="00545598">
        <w:rPr>
          <w:sz w:val="32"/>
          <w:szCs w:val="40"/>
        </w:rPr>
        <w:t xml:space="preserve">, </w:t>
      </w:r>
      <m:oMath>
        <m:sSup>
          <m:sSupPr>
            <m:ctrlPr>
              <w:rPr>
                <w:rFonts w:ascii="Cambria Math" w:hAnsi="Cambria Math"/>
                <w:b/>
                <w:i/>
                <w:sz w:val="40"/>
                <w:szCs w:val="40"/>
              </w:rPr>
            </m:ctrlPr>
          </m:sSupPr>
          <m:e>
            <m:r>
              <m:rPr>
                <m:sty m:val="bi"/>
              </m:rPr>
              <w:rPr>
                <w:rFonts w:ascii="Cambria Math" w:hAnsi="Cambria Math"/>
                <w:sz w:val="40"/>
                <w:szCs w:val="40"/>
              </w:rPr>
              <m:t>|r</m:t>
            </m:r>
          </m:e>
          <m:sup>
            <m:r>
              <m:rPr>
                <m:sty m:val="bi"/>
              </m:rPr>
              <w:rPr>
                <w:rFonts w:ascii="Cambria Math" w:hAnsi="Cambria Math"/>
                <w:sz w:val="40"/>
                <w:szCs w:val="40"/>
              </w:rPr>
              <m:t>'</m:t>
            </m:r>
          </m:sup>
        </m:sSup>
        <m:d>
          <m:dPr>
            <m:ctrlPr>
              <w:rPr>
                <w:rFonts w:ascii="Cambria Math" w:hAnsi="Cambria Math"/>
                <w:i/>
                <w:sz w:val="40"/>
                <w:szCs w:val="40"/>
              </w:rPr>
            </m:ctrlPr>
          </m:dPr>
          <m:e>
            <m:r>
              <w:rPr>
                <w:rFonts w:ascii="Cambria Math" w:hAnsi="Cambria Math"/>
                <w:sz w:val="40"/>
                <w:szCs w:val="40"/>
              </w:rPr>
              <m:t>t</m:t>
            </m:r>
          </m:e>
        </m:d>
        <m:r>
          <w:rPr>
            <w:rFonts w:ascii="Cambria Math" w:hAnsi="Cambria Math"/>
            <w:sz w:val="40"/>
            <w:szCs w:val="40"/>
          </w:rPr>
          <m:t>|</m:t>
        </m:r>
      </m:oMath>
      <w:r w:rsidRPr="00545598">
        <w:rPr>
          <w:sz w:val="32"/>
          <w:szCs w:val="40"/>
        </w:rPr>
        <w:t xml:space="preserve">, and </w:t>
      </w:r>
      <m:oMath>
        <m:sSup>
          <m:sSupPr>
            <m:ctrlPr>
              <w:rPr>
                <w:rFonts w:ascii="Cambria Math" w:hAnsi="Cambria Math"/>
                <w:b/>
                <w:i/>
                <w:sz w:val="40"/>
                <w:szCs w:val="40"/>
              </w:rPr>
            </m:ctrlPr>
          </m:sSupPr>
          <m:e>
            <m:r>
              <m:rPr>
                <m:sty m:val="bi"/>
              </m:rPr>
              <w:rPr>
                <w:rFonts w:ascii="Cambria Math" w:hAnsi="Cambria Math"/>
                <w:sz w:val="40"/>
                <w:szCs w:val="40"/>
              </w:rPr>
              <m:t>r</m:t>
            </m:r>
          </m:e>
          <m:sup>
            <m:r>
              <m:rPr>
                <m:sty m:val="bi"/>
              </m:rPr>
              <w:rPr>
                <w:rFonts w:ascii="Cambria Math" w:hAnsi="Cambria Math"/>
                <w:sz w:val="40"/>
                <w:szCs w:val="40"/>
              </w:rPr>
              <m:t>''</m:t>
            </m:r>
          </m:sup>
        </m:sSup>
        <m:d>
          <m:dPr>
            <m:ctrlPr>
              <w:rPr>
                <w:rFonts w:ascii="Cambria Math" w:hAnsi="Cambria Math"/>
                <w:i/>
                <w:sz w:val="40"/>
                <w:szCs w:val="40"/>
              </w:rPr>
            </m:ctrlPr>
          </m:dPr>
          <m:e>
            <m:r>
              <w:rPr>
                <w:rFonts w:ascii="Cambria Math" w:hAnsi="Cambria Math"/>
                <w:sz w:val="40"/>
                <w:szCs w:val="40"/>
              </w:rPr>
              <m:t>t</m:t>
            </m:r>
          </m:e>
        </m:d>
      </m:oMath>
      <w:r>
        <w:rPr>
          <w:sz w:val="32"/>
          <w:szCs w:val="40"/>
        </w:rPr>
        <w:t>.</w:t>
      </w:r>
    </w:p>
    <w:p w14:paraId="143EBC15" w14:textId="0261B509" w:rsidR="00A630EF" w:rsidRDefault="00C12DCE" w:rsidP="00FF1128">
      <w:pPr>
        <w:spacing w:after="160" w:line="240" w:lineRule="auto"/>
        <w:ind w:left="720" w:firstLine="720"/>
      </w:pPr>
      <w:r>
        <w:rPr>
          <w:sz w:val="20"/>
        </w:rPr>
        <w:t xml:space="preserve">Visual: </w:t>
      </w:r>
      <w:hyperlink r:id="rId9" w:history="1">
        <w:r w:rsidR="00884770">
          <w:rPr>
            <w:rStyle w:val="Hyperlink"/>
            <w:sz w:val="20"/>
          </w:rPr>
          <w:t>https://desmos.com/calculator/7e3d6db11e</w:t>
        </w:r>
      </w:hyperlink>
    </w:p>
    <w:p w14:paraId="45C23151" w14:textId="77777777" w:rsidR="00A630EF" w:rsidRDefault="00C12DCE">
      <w:pPr>
        <w:spacing w:after="160" w:line="240" w:lineRule="auto"/>
      </w:pPr>
      <w:r>
        <w:br w:type="column"/>
      </w:r>
    </w:p>
    <w:p w14:paraId="45EAD966" w14:textId="77777777" w:rsidR="00A630EF" w:rsidRDefault="00C12DCE">
      <w:pPr>
        <w:spacing w:after="160" w:line="240" w:lineRule="auto"/>
      </w:pPr>
      <w:r>
        <w:rPr>
          <w:b/>
          <w:sz w:val="36"/>
        </w:rPr>
        <w:t>HUGE application: ANY motion problem</w:t>
      </w:r>
    </w:p>
    <w:p w14:paraId="5DA30A40" w14:textId="77777777" w:rsidR="00A630EF" w:rsidRDefault="00C12DCE">
      <w:pPr>
        <w:spacing w:after="160" w:line="240" w:lineRule="auto"/>
      </w:pPr>
      <w:r w:rsidRPr="00545598">
        <w:rPr>
          <w:sz w:val="32"/>
          <w:szCs w:val="40"/>
        </w:rPr>
        <w:t>Newton’s 2</w:t>
      </w:r>
      <w:r w:rsidRPr="00545598">
        <w:rPr>
          <w:sz w:val="32"/>
          <w:szCs w:val="40"/>
          <w:vertAlign w:val="superscript"/>
        </w:rPr>
        <w:t>nd</w:t>
      </w:r>
      <w:r w:rsidRPr="00545598">
        <w:rPr>
          <w:sz w:val="32"/>
          <w:szCs w:val="40"/>
        </w:rPr>
        <w:t xml:space="preserve"> Law of Motion states</w:t>
      </w:r>
    </w:p>
    <w:p w14:paraId="52CD1E2D" w14:textId="77777777" w:rsidR="00A630EF" w:rsidRDefault="00C12DCE">
      <w:pPr>
        <w:spacing w:after="160" w:line="240" w:lineRule="auto"/>
      </w:pPr>
      <w:r w:rsidRPr="00545598">
        <w:rPr>
          <w:sz w:val="32"/>
          <w:szCs w:val="40"/>
        </w:rPr>
        <w:tab/>
      </w:r>
      <w:r w:rsidRPr="00545598">
        <w:rPr>
          <w:sz w:val="32"/>
          <w:szCs w:val="40"/>
        </w:rPr>
        <w:tab/>
      </w:r>
      <w:r w:rsidRPr="00545598">
        <w:rPr>
          <w:sz w:val="32"/>
          <w:szCs w:val="40"/>
        </w:rPr>
        <w:tab/>
      </w:r>
      <m:oMath>
        <m:r>
          <m:rPr>
            <m:sty m:val="bi"/>
          </m:rPr>
          <w:rPr>
            <w:rFonts w:ascii="Cambria Math" w:hAnsi="Cambria Math"/>
            <w:sz w:val="40"/>
            <w:szCs w:val="40"/>
          </w:rPr>
          <m:t>F</m:t>
        </m:r>
        <m:r>
          <w:rPr>
            <w:rFonts w:ascii="Cambria Math" w:hAnsi="Cambria Math"/>
            <w:sz w:val="40"/>
            <w:szCs w:val="40"/>
          </w:rPr>
          <m:t>=m·</m:t>
        </m:r>
        <m:r>
          <m:rPr>
            <m:sty m:val="bi"/>
          </m:rPr>
          <w:rPr>
            <w:rFonts w:ascii="Cambria Math" w:hAnsi="Cambria Math"/>
            <w:sz w:val="40"/>
            <w:szCs w:val="40"/>
          </w:rPr>
          <m:t>a</m:t>
        </m:r>
      </m:oMath>
      <w:r w:rsidRPr="00545598">
        <w:rPr>
          <w:sz w:val="32"/>
          <w:szCs w:val="40"/>
        </w:rPr>
        <w:t xml:space="preserve">  , so</w:t>
      </w:r>
      <w:r>
        <w:rPr>
          <w:sz w:val="32"/>
          <w:szCs w:val="40"/>
        </w:rPr>
        <w:t xml:space="preserve"> </w:t>
      </w:r>
      <m:oMath>
        <m:r>
          <m:rPr>
            <m:sty m:val="bi"/>
          </m:rPr>
          <w:rPr>
            <w:rFonts w:ascii="Cambria Math" w:hAnsi="Cambria Math"/>
            <w:sz w:val="40"/>
            <w:szCs w:val="40"/>
          </w:rPr>
          <m:t>a</m:t>
        </m:r>
        <m:r>
          <w:rPr>
            <w:rFonts w:ascii="Cambria Math" w:hAnsi="Cambria Math"/>
            <w:sz w:val="40"/>
            <w:szCs w:val="40"/>
          </w:rPr>
          <m:t>=</m:t>
        </m:r>
        <m:f>
          <m:fPr>
            <m:ctrlPr>
              <w:rPr>
                <w:rFonts w:ascii="Cambria Math" w:hAnsi="Cambria Math"/>
                <w:i/>
                <w:sz w:val="40"/>
                <w:szCs w:val="40"/>
              </w:rPr>
            </m:ctrlPr>
          </m:fPr>
          <m:num>
            <m:r>
              <w:rPr>
                <w:rFonts w:ascii="Cambria Math" w:hAnsi="Cambria Math"/>
                <w:sz w:val="40"/>
                <w:szCs w:val="40"/>
              </w:rPr>
              <m:t>1</m:t>
            </m:r>
          </m:num>
          <m:den>
            <m:r>
              <w:rPr>
                <w:rFonts w:ascii="Cambria Math" w:hAnsi="Cambria Math"/>
                <w:sz w:val="40"/>
                <w:szCs w:val="40"/>
              </w:rPr>
              <m:t>m</m:t>
            </m:r>
          </m:den>
        </m:f>
        <m:r>
          <w:rPr>
            <w:rFonts w:ascii="Cambria Math" w:hAnsi="Cambria Math"/>
            <w:sz w:val="40"/>
            <w:szCs w:val="40"/>
          </w:rPr>
          <m:t>·</m:t>
        </m:r>
        <m:r>
          <m:rPr>
            <m:sty m:val="bi"/>
          </m:rPr>
          <w:rPr>
            <w:rFonts w:ascii="Cambria Math" w:hAnsi="Cambria Math"/>
            <w:sz w:val="40"/>
            <w:szCs w:val="40"/>
          </w:rPr>
          <m:t>F</m:t>
        </m:r>
      </m:oMath>
    </w:p>
    <w:p w14:paraId="220B97E4" w14:textId="77777777" w:rsidR="00A630EF" w:rsidRDefault="00C12DCE" w:rsidP="00FF1128">
      <w:pPr>
        <w:pStyle w:val="ListParagraph"/>
        <w:numPr>
          <w:ilvl w:val="0"/>
          <w:numId w:val="22"/>
        </w:numPr>
        <w:spacing w:after="160" w:line="240" w:lineRule="auto"/>
      </w:pPr>
      <w:r w:rsidRPr="00FF1128">
        <w:rPr>
          <w:sz w:val="32"/>
          <w:szCs w:val="38"/>
        </w:rPr>
        <w:t xml:space="preserve">If </w:t>
      </w:r>
      <m:oMath>
        <m:r>
          <m:rPr>
            <m:sty m:val="bi"/>
          </m:rPr>
          <w:rPr>
            <w:rFonts w:ascii="Cambria Math" w:hAnsi="Cambria Math"/>
            <w:szCs w:val="38"/>
          </w:rPr>
          <m:t>F=</m:t>
        </m:r>
        <m:d>
          <m:dPr>
            <m:begChr m:val="〈"/>
            <m:endChr m:val="〉"/>
            <m:ctrlPr>
              <w:rPr>
                <w:rFonts w:ascii="Cambria Math" w:hAnsi="Cambria Math"/>
                <w:b/>
                <w:i/>
                <w:szCs w:val="38"/>
              </w:rPr>
            </m:ctrlPr>
          </m:dPr>
          <m:e>
            <m:r>
              <w:rPr>
                <w:rFonts w:ascii="Cambria Math" w:hAnsi="Cambria Math"/>
                <w:szCs w:val="38"/>
              </w:rPr>
              <m:t>0,0,0</m:t>
            </m:r>
          </m:e>
        </m:d>
      </m:oMath>
      <w:r w:rsidRPr="00FF1128">
        <w:rPr>
          <w:sz w:val="32"/>
          <w:szCs w:val="38"/>
        </w:rPr>
        <w:t>, then</w:t>
      </w:r>
      <w:r w:rsidRPr="00FF1128">
        <w:rPr>
          <w:b/>
          <w:sz w:val="32"/>
          <w:szCs w:val="38"/>
        </w:rPr>
        <w:t xml:space="preserve"> </w:t>
      </w:r>
      <w:r w:rsidRPr="00FF1128">
        <w:rPr>
          <w:sz w:val="32"/>
          <w:szCs w:val="38"/>
        </w:rPr>
        <w:t>all the forces ‘balance out’</w:t>
      </w:r>
      <w:r w:rsidRPr="00FF1128">
        <w:rPr>
          <w:b/>
          <w:sz w:val="32"/>
          <w:szCs w:val="38"/>
        </w:rPr>
        <w:t xml:space="preserve"> </w:t>
      </w:r>
      <w:r w:rsidRPr="00FF1128">
        <w:rPr>
          <w:sz w:val="32"/>
          <w:szCs w:val="38"/>
        </w:rPr>
        <w:t>and there is no acceleration.</w:t>
      </w:r>
    </w:p>
    <w:p w14:paraId="31CEBCC0" w14:textId="77777777" w:rsidR="00A630EF" w:rsidRDefault="00C12DCE" w:rsidP="00FF1128">
      <w:pPr>
        <w:pStyle w:val="ListParagraph"/>
        <w:numPr>
          <w:ilvl w:val="0"/>
          <w:numId w:val="22"/>
        </w:numPr>
        <w:spacing w:after="160" w:line="240" w:lineRule="auto"/>
      </w:pPr>
      <w:r w:rsidRPr="00FF1128">
        <w:rPr>
          <w:sz w:val="32"/>
          <w:szCs w:val="38"/>
        </w:rPr>
        <w:t xml:space="preserve">If </w:t>
      </w:r>
      <m:oMath>
        <m:r>
          <m:rPr>
            <m:sty m:val="bi"/>
          </m:rPr>
          <w:rPr>
            <w:rFonts w:ascii="Cambria Math" w:hAnsi="Cambria Math"/>
            <w:szCs w:val="38"/>
          </w:rPr>
          <m:t>F≠</m:t>
        </m:r>
        <m:d>
          <m:dPr>
            <m:begChr m:val="〈"/>
            <m:endChr m:val="〉"/>
            <m:ctrlPr>
              <w:rPr>
                <w:rFonts w:ascii="Cambria Math" w:hAnsi="Cambria Math"/>
                <w:b/>
                <w:i/>
                <w:szCs w:val="38"/>
              </w:rPr>
            </m:ctrlPr>
          </m:dPr>
          <m:e>
            <m:r>
              <w:rPr>
                <w:rFonts w:ascii="Cambria Math" w:hAnsi="Cambria Math"/>
                <w:szCs w:val="38"/>
              </w:rPr>
              <m:t>0,0,0</m:t>
            </m:r>
          </m:e>
        </m:d>
      </m:oMath>
      <w:r w:rsidRPr="00FF1128">
        <w:rPr>
          <w:sz w:val="32"/>
          <w:szCs w:val="38"/>
        </w:rPr>
        <w:t>, then acceleration occurs and we integrate to find velocity and position.</w:t>
      </w:r>
    </w:p>
    <w:p w14:paraId="632BF10F" w14:textId="77777777" w:rsidR="00A630EF" w:rsidRDefault="00C12DCE">
      <w:pPr>
        <w:spacing w:after="160" w:line="240" w:lineRule="auto"/>
      </w:pPr>
      <w:r>
        <w:br w:type="column"/>
      </w:r>
    </w:p>
    <w:p w14:paraId="27CBA817" w14:textId="77777777" w:rsidR="00A630EF" w:rsidRDefault="00C12DCE">
      <w:pPr>
        <w:spacing w:after="160" w:line="240" w:lineRule="auto"/>
      </w:pPr>
      <w:r>
        <w:rPr>
          <w:b/>
          <w:sz w:val="36"/>
        </w:rPr>
        <w:t>HW Example</w:t>
      </w:r>
    </w:p>
    <w:p w14:paraId="4AFC3373" w14:textId="77777777" w:rsidR="00A630EF" w:rsidRDefault="00C12DCE">
      <w:pPr>
        <w:spacing w:after="160" w:line="240" w:lineRule="auto"/>
      </w:pPr>
      <w:r>
        <w:rPr>
          <w:sz w:val="32"/>
        </w:rPr>
        <w:t>An object of mass 2 kg is being acted on by the force</w:t>
      </w:r>
    </w:p>
    <w:p w14:paraId="484EAC5A" w14:textId="77777777" w:rsidR="00A630EF" w:rsidRDefault="00C12DCE">
      <w:pPr>
        <w:spacing w:after="160" w:line="240" w:lineRule="auto"/>
      </w:pPr>
      <m:oMath>
        <m:r>
          <m:rPr>
            <m:sty m:val="bi"/>
          </m:rPr>
          <w:rPr>
            <w:rFonts w:ascii="Cambria Math" w:hAnsi="Cambria Math"/>
            <w:sz w:val="40"/>
            <w:szCs w:val="40"/>
          </w:rPr>
          <m:t>F=</m:t>
        </m:r>
        <m:d>
          <m:dPr>
            <m:begChr m:val="〈"/>
            <m:endChr m:val="〉"/>
            <m:ctrlPr>
              <w:rPr>
                <w:rFonts w:ascii="Cambria Math" w:hAnsi="Cambria Math"/>
                <w:b/>
                <w:i/>
                <w:sz w:val="40"/>
                <w:szCs w:val="40"/>
              </w:rPr>
            </m:ctrlPr>
          </m:dPr>
          <m:e>
            <m:r>
              <w:rPr>
                <w:rFonts w:ascii="Cambria Math" w:hAnsi="Cambria Math"/>
                <w:sz w:val="40"/>
                <w:szCs w:val="40"/>
              </w:rPr>
              <m:t>12t</m:t>
            </m:r>
            <m:r>
              <m:rPr>
                <m:sty m:val="bi"/>
              </m:rPr>
              <w:rPr>
                <w:rFonts w:ascii="Cambria Math" w:hAnsi="Cambria Math"/>
                <w:sz w:val="40"/>
                <w:szCs w:val="40"/>
              </w:rPr>
              <m:t xml:space="preserve">, </m:t>
            </m:r>
            <m:r>
              <w:rPr>
                <w:rFonts w:ascii="Cambria Math" w:hAnsi="Cambria Math"/>
                <w:sz w:val="40"/>
                <w:szCs w:val="40"/>
              </w:rPr>
              <m:t>2</m:t>
            </m:r>
            <m:sSup>
              <m:sSupPr>
                <m:ctrlPr>
                  <w:rPr>
                    <w:rFonts w:ascii="Cambria Math" w:hAnsi="Cambria Math"/>
                    <w:i/>
                    <w:sz w:val="40"/>
                    <w:szCs w:val="40"/>
                  </w:rPr>
                </m:ctrlPr>
              </m:sSupPr>
              <m:e>
                <m:r>
                  <w:rPr>
                    <w:rFonts w:ascii="Cambria Math" w:hAnsi="Cambria Math"/>
                    <w:sz w:val="40"/>
                    <w:szCs w:val="40"/>
                  </w:rPr>
                  <m:t>e</m:t>
                </m:r>
              </m:e>
              <m:sup>
                <m:r>
                  <w:rPr>
                    <w:rFonts w:ascii="Cambria Math" w:hAnsi="Cambria Math"/>
                    <w:sz w:val="40"/>
                    <w:szCs w:val="40"/>
                  </w:rPr>
                  <m:t>t</m:t>
                </m:r>
              </m:sup>
            </m:sSup>
            <m:r>
              <w:rPr>
                <w:rFonts w:ascii="Cambria Math" w:hAnsi="Cambria Math"/>
                <w:sz w:val="40"/>
                <w:szCs w:val="40"/>
              </w:rPr>
              <m:t>,9</m:t>
            </m:r>
            <m:sSup>
              <m:sSupPr>
                <m:ctrlPr>
                  <w:rPr>
                    <w:rFonts w:ascii="Cambria Math" w:hAnsi="Cambria Math"/>
                    <w:i/>
                    <w:sz w:val="40"/>
                    <w:szCs w:val="40"/>
                  </w:rPr>
                </m:ctrlPr>
              </m:sSupPr>
              <m:e>
                <m:r>
                  <w:rPr>
                    <w:rFonts w:ascii="Cambria Math" w:hAnsi="Cambria Math"/>
                    <w:sz w:val="40"/>
                    <w:szCs w:val="40"/>
                  </w:rPr>
                  <m:t>e</m:t>
                </m:r>
              </m:e>
              <m:sup>
                <m:r>
                  <w:rPr>
                    <w:rFonts w:ascii="Cambria Math" w:hAnsi="Cambria Math"/>
                    <w:sz w:val="40"/>
                    <w:szCs w:val="40"/>
                  </w:rPr>
                  <m:t>-3t</m:t>
                </m:r>
              </m:sup>
            </m:sSup>
          </m:e>
        </m:d>
      </m:oMath>
      <w:r w:rsidRPr="00545598">
        <w:rPr>
          <w:b/>
          <w:sz w:val="32"/>
          <w:szCs w:val="40"/>
        </w:rPr>
        <w:t>.</w:t>
      </w:r>
      <w:r w:rsidRPr="00545598">
        <w:rPr>
          <w:sz w:val="32"/>
          <w:szCs w:val="40"/>
        </w:rPr>
        <w:t xml:space="preserve"> </w:t>
      </w:r>
    </w:p>
    <w:p w14:paraId="0D36CFEA" w14:textId="77777777" w:rsidR="00A630EF" w:rsidRDefault="00C12DCE">
      <w:pPr>
        <w:spacing w:after="160" w:line="240" w:lineRule="auto"/>
      </w:pPr>
      <w:r w:rsidRPr="00545598">
        <w:rPr>
          <w:sz w:val="32"/>
          <w:szCs w:val="40"/>
        </w:rPr>
        <w:t>You are given</w:t>
      </w:r>
      <m:oMath>
        <m:r>
          <m:rPr>
            <m:sty m:val="bi"/>
          </m:rPr>
          <w:rPr>
            <w:rFonts w:ascii="Cambria Math" w:hAnsi="Cambria Math"/>
            <w:sz w:val="40"/>
            <w:szCs w:val="40"/>
          </w:rPr>
          <m:t xml:space="preserve"> </m:t>
        </m:r>
      </m:oMath>
    </w:p>
    <w:p w14:paraId="0AD307F9" w14:textId="77777777" w:rsidR="00A630EF" w:rsidRDefault="00C12DCE">
      <w:pPr>
        <w:spacing w:after="160" w:line="240" w:lineRule="auto"/>
      </w:pPr>
      <m:oMath>
        <m:r>
          <m:rPr>
            <m:sty m:val="bi"/>
          </m:rPr>
          <w:rPr>
            <w:rFonts w:ascii="Cambria Math" w:hAnsi="Cambria Math"/>
            <w:sz w:val="40"/>
            <w:szCs w:val="40"/>
          </w:rPr>
          <m:t>v</m:t>
        </m:r>
        <m:r>
          <w:rPr>
            <w:rFonts w:ascii="Cambria Math" w:hAnsi="Cambria Math"/>
            <w:sz w:val="40"/>
            <w:szCs w:val="40"/>
          </w:rPr>
          <m:t>(0)</m:t>
        </m:r>
        <m:r>
          <m:rPr>
            <m:sty m:val="bi"/>
          </m:rPr>
          <w:rPr>
            <w:rFonts w:ascii="Cambria Math" w:hAnsi="Cambria Math"/>
            <w:sz w:val="40"/>
            <w:szCs w:val="40"/>
          </w:rPr>
          <m:t>=</m:t>
        </m:r>
        <m:d>
          <m:dPr>
            <m:begChr m:val="〈"/>
            <m:endChr m:val="〉"/>
            <m:ctrlPr>
              <w:rPr>
                <w:rFonts w:ascii="Cambria Math" w:hAnsi="Cambria Math"/>
                <w:b/>
                <w:i/>
                <w:sz w:val="40"/>
                <w:szCs w:val="40"/>
              </w:rPr>
            </m:ctrlPr>
          </m:dPr>
          <m:e>
            <m:r>
              <w:rPr>
                <w:rFonts w:ascii="Cambria Math" w:hAnsi="Cambria Math"/>
                <w:sz w:val="40"/>
                <w:szCs w:val="40"/>
              </w:rPr>
              <m:t>0</m:t>
            </m:r>
            <m:r>
              <m:rPr>
                <m:sty m:val="bi"/>
              </m:rPr>
              <w:rPr>
                <w:rFonts w:ascii="Cambria Math" w:hAnsi="Cambria Math"/>
                <w:sz w:val="40"/>
                <w:szCs w:val="40"/>
              </w:rPr>
              <m:t xml:space="preserve">, </m:t>
            </m:r>
            <m:r>
              <w:rPr>
                <w:rFonts w:ascii="Cambria Math" w:hAnsi="Cambria Math"/>
                <w:sz w:val="40"/>
                <w:szCs w:val="40"/>
              </w:rPr>
              <m:t>-8,-3</m:t>
            </m:r>
          </m:e>
        </m:d>
      </m:oMath>
      <w:r w:rsidRPr="00545598">
        <w:rPr>
          <w:b/>
          <w:sz w:val="32"/>
          <w:szCs w:val="40"/>
        </w:rPr>
        <w:t xml:space="preserve"> </w:t>
      </w:r>
      <w:r w:rsidRPr="00545598">
        <w:rPr>
          <w:sz w:val="32"/>
          <w:szCs w:val="40"/>
        </w:rPr>
        <w:t>and</w:t>
      </w:r>
      <w:r w:rsidRPr="00545598">
        <w:rPr>
          <w:b/>
          <w:sz w:val="32"/>
          <w:szCs w:val="40"/>
        </w:rPr>
        <w:t xml:space="preserve"> </w:t>
      </w:r>
      <m:oMath>
        <m:r>
          <m:rPr>
            <m:sty m:val="bi"/>
          </m:rPr>
          <w:rPr>
            <w:rFonts w:ascii="Cambria Math" w:hAnsi="Cambria Math"/>
            <w:sz w:val="40"/>
            <w:szCs w:val="40"/>
          </w:rPr>
          <m:t>r</m:t>
        </m:r>
        <m:r>
          <w:rPr>
            <w:rFonts w:ascii="Cambria Math" w:hAnsi="Cambria Math"/>
            <w:sz w:val="40"/>
            <w:szCs w:val="40"/>
          </w:rPr>
          <m:t>(0)</m:t>
        </m:r>
        <m:r>
          <m:rPr>
            <m:sty m:val="bi"/>
          </m:rPr>
          <w:rPr>
            <w:rFonts w:ascii="Cambria Math" w:hAnsi="Cambria Math"/>
            <w:sz w:val="40"/>
            <w:szCs w:val="40"/>
          </w:rPr>
          <m:t>=</m:t>
        </m:r>
        <m:d>
          <m:dPr>
            <m:begChr m:val="〈"/>
            <m:endChr m:val="〉"/>
            <m:ctrlPr>
              <w:rPr>
                <w:rFonts w:ascii="Cambria Math" w:hAnsi="Cambria Math"/>
                <w:b/>
                <w:i/>
                <w:sz w:val="40"/>
                <w:szCs w:val="40"/>
              </w:rPr>
            </m:ctrlPr>
          </m:dPr>
          <m:e>
            <m:r>
              <w:rPr>
                <w:rFonts w:ascii="Cambria Math" w:hAnsi="Cambria Math"/>
                <w:sz w:val="40"/>
                <w:szCs w:val="40"/>
              </w:rPr>
              <m:t>1</m:t>
            </m:r>
            <m:r>
              <m:rPr>
                <m:sty m:val="bi"/>
              </m:rPr>
              <w:rPr>
                <w:rFonts w:ascii="Cambria Math" w:hAnsi="Cambria Math"/>
                <w:sz w:val="40"/>
                <w:szCs w:val="40"/>
              </w:rPr>
              <m:t xml:space="preserve">, </m:t>
            </m:r>
            <m:r>
              <w:rPr>
                <w:rFonts w:ascii="Cambria Math" w:hAnsi="Cambria Math"/>
                <w:sz w:val="40"/>
                <w:szCs w:val="40"/>
              </w:rPr>
              <m:t>3,7</m:t>
            </m:r>
          </m:e>
        </m:d>
      </m:oMath>
      <w:r w:rsidRPr="00545598">
        <w:rPr>
          <w:b/>
          <w:sz w:val="32"/>
          <w:szCs w:val="40"/>
        </w:rPr>
        <w:t>.</w:t>
      </w:r>
    </w:p>
    <w:p w14:paraId="5CE58544" w14:textId="77777777" w:rsidR="00A630EF" w:rsidRDefault="00C12DCE">
      <w:pPr>
        <w:spacing w:after="160" w:line="240" w:lineRule="auto"/>
      </w:pPr>
      <w:r w:rsidRPr="00545598">
        <w:rPr>
          <w:sz w:val="32"/>
          <w:szCs w:val="40"/>
        </w:rPr>
        <w:t>Find the position function.</w:t>
      </w:r>
    </w:p>
    <w:p w14:paraId="7E6DDDA1" w14:textId="6A0422B8" w:rsidR="00A630EF" w:rsidRDefault="00C12DCE">
      <w:pPr>
        <w:spacing w:after="160" w:line="240" w:lineRule="auto"/>
      </w:pPr>
      <w:r>
        <w:br w:type="column"/>
      </w:r>
      <w:r>
        <w:rPr>
          <w:b/>
          <w:sz w:val="36"/>
        </w:rPr>
        <w:lastRenderedPageBreak/>
        <w:t>What direction does the acceleration point?</w:t>
      </w:r>
    </w:p>
    <w:p w14:paraId="57DC541C" w14:textId="77777777" w:rsidR="00A630EF" w:rsidRDefault="00C12DCE">
      <w:pPr>
        <w:spacing w:after="160" w:line="240" w:lineRule="auto"/>
      </w:pPr>
      <m:oMathPara>
        <m:oMath>
          <m:r>
            <w:rPr>
              <w:rFonts w:ascii="Cambria Math" w:hAnsi="Cambria Math"/>
            </w:rPr>
            <m:t>a = aₜT + aₙN</m:t>
          </m:r>
        </m:oMath>
      </m:oMathPara>
    </w:p>
    <w:p w14:paraId="3A93A24B" w14:textId="77777777" w:rsidR="00A630EF" w:rsidRDefault="00C12DCE" w:rsidP="00FF1128">
      <w:pPr>
        <w:jc w:val="center"/>
      </w:pPr>
      <w:r>
        <w:rPr>
          <w:noProof/>
        </w:rPr>
        <w:drawing>
          <wp:inline distT="0" distB="0" distL="0" distR="0" wp14:anchorId="0999593C" wp14:editId="46FFCD89">
            <wp:extent cx="3000375" cy="2165488"/>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34-327.png"/>
                    <pic:cNvPicPr/>
                  </pic:nvPicPr>
                  <pic:blipFill>
                    <a:blip r:embed="rId10"/>
                    <a:stretch>
                      <a:fillRect/>
                    </a:stretch>
                  </pic:blipFill>
                  <pic:spPr>
                    <a:xfrm>
                      <a:off x="0" y="0"/>
                      <a:ext cx="3009145" cy="2171817"/>
                    </a:xfrm>
                    <a:prstGeom prst="rect">
                      <a:avLst/>
                    </a:prstGeom>
                  </pic:spPr>
                </pic:pic>
              </a:graphicData>
            </a:graphic>
          </wp:inline>
        </w:drawing>
      </w:r>
    </w:p>
    <w:p w14:paraId="4CC5F535" w14:textId="77777777" w:rsidR="00A630EF" w:rsidRDefault="00C12DCE">
      <w:pPr>
        <w:spacing w:after="160" w:line="240" w:lineRule="auto"/>
      </w:pPr>
      <w:r>
        <w:rPr>
          <w:b/>
          <w:sz w:val="36"/>
        </w:rPr>
        <w:t>Tangential Component Facts</w:t>
      </w:r>
    </w:p>
    <w:p w14:paraId="615CC38D" w14:textId="77777777" w:rsidR="00A630EF" w:rsidRDefault="00EB6AD3">
      <w:pPr>
        <w:spacing w:after="160" w:line="240" w:lineRule="auto"/>
      </w:pPr>
      <m:oMathPara>
        <m:oMathParaPr>
          <m:jc m:val="left"/>
        </m:oMathParaPr>
        <m:oMath>
          <m:sSub>
            <m:sSubPr>
              <m:ctrlPr>
                <w:rPr>
                  <w:rFonts w:ascii="Cambria Math" w:hAnsi="Cambria Math"/>
                  <w:i/>
                  <w:sz w:val="36"/>
                  <w:szCs w:val="36"/>
                </w:rPr>
              </m:ctrlPr>
            </m:sSubPr>
            <m:e>
              <m:r>
                <m:rPr>
                  <m:sty m:val="p"/>
                </m:rPr>
                <w:rPr>
                  <w:rFonts w:ascii="Cambria Math" w:hAnsi="Cambria Math"/>
                  <w:sz w:val="36"/>
                  <w:szCs w:val="36"/>
                </w:rPr>
                <m:t>De</m:t>
              </m:r>
              <m:sSup>
                <m:sSupPr>
                  <m:ctrlPr>
                    <w:rPr>
                      <w:rFonts w:ascii="Cambria Math" w:hAnsi="Cambria Math"/>
                      <w:iCs/>
                      <w:sz w:val="36"/>
                      <w:szCs w:val="36"/>
                    </w:rPr>
                  </m:ctrlPr>
                </m:sSupPr>
                <m:e>
                  <m:r>
                    <m:rPr>
                      <m:sty m:val="p"/>
                    </m:rPr>
                    <w:rPr>
                      <w:rFonts w:ascii="Cambria Math" w:hAnsi="Cambria Math"/>
                      <w:sz w:val="36"/>
                      <w:szCs w:val="36"/>
                    </w:rPr>
                    <m:t>f</m:t>
                  </m:r>
                </m:e>
                <m:sup>
                  <m:r>
                    <m:rPr>
                      <m:sty m:val="p"/>
                    </m:rPr>
                    <w:rPr>
                      <w:rFonts w:ascii="Cambria Math" w:hAnsi="Cambria Math"/>
                      <w:sz w:val="36"/>
                      <w:szCs w:val="36"/>
                    </w:rPr>
                    <m:t>'</m:t>
                  </m:r>
                </m:sup>
              </m:sSup>
              <m:r>
                <m:rPr>
                  <m:sty m:val="p"/>
                </m:rPr>
                <w:rPr>
                  <w:rFonts w:ascii="Cambria Math" w:hAnsi="Cambria Math"/>
                  <w:sz w:val="36"/>
                  <w:szCs w:val="36"/>
                </w:rPr>
                <m:t>n</m:t>
              </m:r>
              <m:r>
                <w:rPr>
                  <w:rFonts w:ascii="Cambria Math" w:hAnsi="Cambria Math"/>
                  <w:sz w:val="36"/>
                  <w:szCs w:val="36"/>
                </w:rPr>
                <m:t>:                  a</m:t>
              </m:r>
            </m:e>
            <m:sub>
              <m:r>
                <w:rPr>
                  <w:rFonts w:ascii="Cambria Math" w:hAnsi="Cambria Math"/>
                  <w:sz w:val="36"/>
                  <w:szCs w:val="36"/>
                </w:rPr>
                <m:t>T</m:t>
              </m:r>
            </m:sub>
          </m:sSub>
          <m:r>
            <w:rPr>
              <w:rFonts w:ascii="Cambria Math" w:hAnsi="Cambria Math"/>
              <w:sz w:val="36"/>
              <w:szCs w:val="36"/>
            </w:rPr>
            <m:t>=</m:t>
          </m:r>
          <m:sSub>
            <m:sSubPr>
              <m:ctrlPr>
                <w:rPr>
                  <w:rFonts w:ascii="Cambria Math" w:hAnsi="Cambria Math"/>
                  <w:sz w:val="36"/>
                  <w:szCs w:val="36"/>
                </w:rPr>
              </m:ctrlPr>
            </m:sSubPr>
            <m:e>
              <m:r>
                <m:rPr>
                  <m:sty m:val="p"/>
                </m:rPr>
                <w:rPr>
                  <w:rFonts w:ascii="Cambria Math" w:hAnsi="Cambria Math"/>
                  <w:sz w:val="36"/>
                  <w:szCs w:val="36"/>
                </w:rPr>
                <m:t>comp</m:t>
              </m:r>
            </m:e>
            <m:sub>
              <m:r>
                <m:rPr>
                  <m:sty m:val="bi"/>
                </m:rPr>
                <w:rPr>
                  <w:rFonts w:ascii="Cambria Math" w:hAnsi="Cambria Math"/>
                  <w:sz w:val="36"/>
                  <w:szCs w:val="36"/>
                </w:rPr>
                <m:t>T</m:t>
              </m:r>
            </m:sub>
          </m:sSub>
          <m:d>
            <m:dPr>
              <m:ctrlPr>
                <w:rPr>
                  <w:rFonts w:ascii="Cambria Math" w:hAnsi="Cambria Math"/>
                  <w:i/>
                  <w:sz w:val="36"/>
                  <w:szCs w:val="36"/>
                </w:rPr>
              </m:ctrlPr>
            </m:dPr>
            <m:e>
              <m:r>
                <m:rPr>
                  <m:sty m:val="bi"/>
                </m:rPr>
                <w:rPr>
                  <w:rFonts w:ascii="Cambria Math" w:hAnsi="Cambria Math"/>
                  <w:sz w:val="36"/>
                  <w:szCs w:val="36"/>
                </w:rPr>
                <m:t>a</m:t>
              </m:r>
            </m:e>
          </m:d>
          <m:r>
            <w:rPr>
              <w:rFonts w:ascii="Cambria Math" w:hAnsi="Cambria Math"/>
              <w:sz w:val="36"/>
              <w:szCs w:val="36"/>
            </w:rPr>
            <m:t>=</m:t>
          </m:r>
          <m:r>
            <m:rPr>
              <m:sty m:val="bi"/>
            </m:rPr>
            <w:rPr>
              <w:rFonts w:ascii="Cambria Math" w:hAnsi="Cambria Math"/>
              <w:sz w:val="36"/>
              <w:szCs w:val="36"/>
            </w:rPr>
            <m:t>a∙T</m:t>
          </m:r>
        </m:oMath>
      </m:oMathPara>
    </w:p>
    <w:p w14:paraId="3EC6D522" w14:textId="77777777" w:rsidR="00A630EF" w:rsidRDefault="00C12DCE">
      <w:pPr>
        <w:spacing w:after="160" w:line="240" w:lineRule="auto"/>
      </w:pPr>
      <m:oMathPara>
        <m:oMathParaPr>
          <m:jc m:val="left"/>
        </m:oMathParaPr>
        <m:oMath>
          <m:r>
            <m:rPr>
              <m:sty m:val="p"/>
            </m:rPr>
            <w:rPr>
              <w:rFonts w:ascii="Cambria Math" w:hAnsi="Cambria Math"/>
              <w:sz w:val="36"/>
              <w:szCs w:val="36"/>
            </w:rPr>
            <m:t>Shortcut</m:t>
          </m:r>
          <m:r>
            <w:rPr>
              <w:rFonts w:ascii="Cambria Math" w:hAnsi="Cambria Math"/>
              <w:sz w:val="36"/>
              <w:szCs w:val="36"/>
            </w:rPr>
            <m:t xml:space="preserve">: </m:t>
          </m:r>
          <m:sSub>
            <m:sSubPr>
              <m:ctrlPr>
                <w:rPr>
                  <w:rFonts w:ascii="Cambria Math" w:hAnsi="Cambria Math"/>
                  <w:i/>
                  <w:sz w:val="36"/>
                  <w:szCs w:val="36"/>
                </w:rPr>
              </m:ctrlPr>
            </m:sSubPr>
            <m:e>
              <m:r>
                <w:rPr>
                  <w:rFonts w:ascii="Cambria Math" w:hAnsi="Cambria Math"/>
                  <w:sz w:val="36"/>
                  <w:szCs w:val="36"/>
                </w:rPr>
                <m:t xml:space="preserve">          a</m:t>
              </m:r>
            </m:e>
            <m:sub>
              <m:r>
                <w:rPr>
                  <w:rFonts w:ascii="Cambria Math" w:hAnsi="Cambria Math"/>
                  <w:sz w:val="36"/>
                  <w:szCs w:val="36"/>
                </w:rPr>
                <m:t>T</m:t>
              </m:r>
            </m:sub>
          </m:sSub>
          <m:r>
            <w:rPr>
              <w:rFonts w:ascii="Cambria Math" w:hAnsi="Cambria Math"/>
              <w:sz w:val="36"/>
              <w:szCs w:val="36"/>
            </w:rPr>
            <m:t>=</m:t>
          </m:r>
          <m:f>
            <m:fPr>
              <m:ctrlPr>
                <w:rPr>
                  <w:rFonts w:ascii="Cambria Math" w:hAnsi="Cambria Math"/>
                  <w:i/>
                  <w:sz w:val="36"/>
                  <w:szCs w:val="36"/>
                </w:rPr>
              </m:ctrlPr>
            </m:fPr>
            <m:num>
              <m:r>
                <m:rPr>
                  <m:sty m:val="bi"/>
                </m:rPr>
                <w:rPr>
                  <w:rFonts w:ascii="Cambria Math" w:hAnsi="Cambria Math"/>
                  <w:sz w:val="36"/>
                  <w:szCs w:val="36"/>
                </w:rPr>
                <m:t>r</m:t>
              </m:r>
              <m:r>
                <w:rPr>
                  <w:rFonts w:ascii="Cambria Math" w:hAnsi="Cambria Math"/>
                  <w:sz w:val="36"/>
                  <w:szCs w:val="36"/>
                </w:rPr>
                <m:t>'∙</m:t>
              </m:r>
              <m:r>
                <m:rPr>
                  <m:sty m:val="bi"/>
                </m:rPr>
                <w:rPr>
                  <w:rFonts w:ascii="Cambria Math" w:hAnsi="Cambria Math"/>
                  <w:sz w:val="36"/>
                  <w:szCs w:val="36"/>
                </w:rPr>
                <m:t>r</m:t>
              </m:r>
              <m:r>
                <w:rPr>
                  <w:rFonts w:ascii="Cambria Math" w:hAnsi="Cambria Math"/>
                  <w:sz w:val="36"/>
                  <w:szCs w:val="36"/>
                </w:rPr>
                <m:t>''</m:t>
              </m:r>
            </m:num>
            <m:den>
              <m:sSup>
                <m:sSupPr>
                  <m:ctrlPr>
                    <w:rPr>
                      <w:rFonts w:ascii="Cambria Math" w:hAnsi="Cambria Math"/>
                      <w:i/>
                      <w:sz w:val="36"/>
                      <w:szCs w:val="36"/>
                    </w:rPr>
                  </m:ctrlPr>
                </m:sSupPr>
                <m:e>
                  <m:r>
                    <w:rPr>
                      <w:rFonts w:ascii="Cambria Math" w:hAnsi="Cambria Math"/>
                      <w:sz w:val="36"/>
                      <w:szCs w:val="36"/>
                    </w:rPr>
                    <m:t>|</m:t>
                  </m:r>
                  <m:r>
                    <m:rPr>
                      <m:sty m:val="bi"/>
                    </m:rPr>
                    <w:rPr>
                      <w:rFonts w:ascii="Cambria Math" w:hAnsi="Cambria Math"/>
                      <w:sz w:val="36"/>
                      <w:szCs w:val="36"/>
                    </w:rPr>
                    <m:t>r</m:t>
                  </m:r>
                </m:e>
                <m:sup>
                  <m:r>
                    <w:rPr>
                      <w:rFonts w:ascii="Cambria Math" w:hAnsi="Cambria Math"/>
                      <w:sz w:val="36"/>
                      <w:szCs w:val="36"/>
                    </w:rPr>
                    <m:t>'</m:t>
                  </m:r>
                </m:sup>
              </m:sSup>
              <m:r>
                <w:rPr>
                  <w:rFonts w:ascii="Cambria Math" w:hAnsi="Cambria Math"/>
                  <w:sz w:val="36"/>
                  <w:szCs w:val="36"/>
                </w:rPr>
                <m:t>|</m:t>
              </m:r>
            </m:den>
          </m:f>
        </m:oMath>
      </m:oMathPara>
    </w:p>
    <w:p w14:paraId="6CEB5C2E" w14:textId="15BFCEE2" w:rsidR="00A630EF" w:rsidRDefault="00C12DCE">
      <w:pPr>
        <w:spacing w:after="160" w:line="240" w:lineRule="auto"/>
      </w:pPr>
      <w:r>
        <w:rPr>
          <w:sz w:val="32"/>
          <w:szCs w:val="36"/>
        </w:rPr>
        <w:t xml:space="preserve">Interpretation: </w:t>
      </w:r>
      <m:oMath>
        <m:sSub>
          <m:sSubPr>
            <m:ctrlPr>
              <w:rPr>
                <w:rFonts w:ascii="Cambria Math" w:hAnsi="Cambria Math"/>
                <w:i/>
                <w:sz w:val="36"/>
                <w:szCs w:val="36"/>
              </w:rPr>
            </m:ctrlPr>
          </m:sSubPr>
          <m:e>
            <m:r>
              <w:rPr>
                <w:rFonts w:ascii="Cambria Math" w:hAnsi="Cambria Math"/>
                <w:sz w:val="36"/>
                <w:szCs w:val="36"/>
              </w:rPr>
              <m:t xml:space="preserve"> </m:t>
            </m:r>
            <m:r>
              <w:rPr>
                <w:rFonts w:ascii="Cambria Math" w:hAnsi="Cambria Math"/>
                <w:sz w:val="36"/>
                <w:szCs w:val="36"/>
              </w:rPr>
              <m:t xml:space="preserve">   </m:t>
            </m:r>
            <m:r>
              <w:rPr>
                <w:rFonts w:ascii="Cambria Math" w:hAnsi="Cambria Math"/>
                <w:sz w:val="36"/>
                <w:szCs w:val="36"/>
              </w:rPr>
              <m:t>a</m:t>
            </m:r>
          </m:e>
          <m:sub>
            <m:r>
              <w:rPr>
                <w:rFonts w:ascii="Cambria Math" w:hAnsi="Cambria Math"/>
                <w:sz w:val="36"/>
                <w:szCs w:val="36"/>
              </w:rPr>
              <m:t>T</m:t>
            </m:r>
          </m:sub>
        </m:sSub>
        <m:r>
          <w:rPr>
            <w:rFonts w:ascii="Cambria Math" w:hAnsi="Cambria Math"/>
            <w:sz w:val="36"/>
            <w:szCs w:val="36"/>
          </w:rPr>
          <m:t>=</m:t>
        </m:r>
        <m:sSup>
          <m:sSupPr>
            <m:ctrlPr>
              <w:rPr>
                <w:rFonts w:ascii="Cambria Math" w:hAnsi="Cambria Math"/>
                <w:i/>
                <w:sz w:val="36"/>
                <w:szCs w:val="36"/>
              </w:rPr>
            </m:ctrlPr>
          </m:sSupPr>
          <m:e>
            <m:r>
              <w:rPr>
                <w:rFonts w:ascii="Cambria Math" w:hAnsi="Cambria Math"/>
                <w:sz w:val="36"/>
                <w:szCs w:val="36"/>
              </w:rPr>
              <m:t>ν</m:t>
            </m:r>
          </m:e>
          <m:sup>
            <m:r>
              <w:rPr>
                <w:rFonts w:ascii="Cambria Math" w:hAnsi="Cambria Math"/>
                <w:sz w:val="36"/>
                <w:szCs w:val="36"/>
              </w:rPr>
              <m:t>'</m:t>
            </m:r>
          </m:sup>
        </m:sSup>
        <m:r>
          <w:rPr>
            <w:rFonts w:ascii="Cambria Math" w:hAnsi="Cambria Math"/>
            <w:sz w:val="36"/>
            <w:szCs w:val="36"/>
          </w:rPr>
          <m:t>=</m:t>
        </m:r>
        <m:f>
          <m:fPr>
            <m:ctrlPr>
              <w:rPr>
                <w:rFonts w:ascii="Cambria Math" w:hAnsi="Cambria Math"/>
                <w:i/>
                <w:sz w:val="36"/>
                <w:szCs w:val="36"/>
              </w:rPr>
            </m:ctrlPr>
          </m:fPr>
          <m:num>
            <m:r>
              <w:rPr>
                <w:rFonts w:ascii="Cambria Math" w:hAnsi="Cambria Math"/>
                <w:sz w:val="36"/>
                <w:szCs w:val="36"/>
              </w:rPr>
              <m:t>d</m:t>
            </m:r>
          </m:num>
          <m:den>
            <m:r>
              <w:rPr>
                <w:rFonts w:ascii="Cambria Math" w:hAnsi="Cambria Math"/>
                <w:sz w:val="36"/>
                <w:szCs w:val="36"/>
              </w:rPr>
              <m:t>dt</m:t>
            </m:r>
          </m:den>
        </m:f>
        <m:d>
          <m:dPr>
            <m:begChr m:val="|"/>
            <m:endChr m:val="|"/>
            <m:ctrlPr>
              <w:rPr>
                <w:rFonts w:ascii="Cambria Math" w:hAnsi="Cambria Math"/>
                <w:i/>
                <w:sz w:val="36"/>
                <w:szCs w:val="36"/>
              </w:rPr>
            </m:ctrlPr>
          </m:dPr>
          <m:e>
            <m:sSup>
              <m:sSupPr>
                <m:ctrlPr>
                  <w:rPr>
                    <w:rFonts w:ascii="Cambria Math" w:hAnsi="Cambria Math"/>
                    <w:i/>
                    <w:sz w:val="36"/>
                    <w:szCs w:val="36"/>
                  </w:rPr>
                </m:ctrlPr>
              </m:sSupPr>
              <m:e>
                <m:r>
                  <w:rPr>
                    <w:rFonts w:ascii="Cambria Math" w:hAnsi="Cambria Math"/>
                    <w:sz w:val="36"/>
                    <w:szCs w:val="36"/>
                  </w:rPr>
                  <m:t>r</m:t>
                </m:r>
              </m:e>
              <m:sup>
                <m:r>
                  <w:rPr>
                    <w:rFonts w:ascii="Cambria Math" w:hAnsi="Cambria Math"/>
                    <w:sz w:val="36"/>
                    <w:szCs w:val="36"/>
                  </w:rPr>
                  <m:t>'</m:t>
                </m:r>
              </m:sup>
            </m:sSup>
            <m:d>
              <m:dPr>
                <m:ctrlPr>
                  <w:rPr>
                    <w:rFonts w:ascii="Cambria Math" w:hAnsi="Cambria Math"/>
                    <w:i/>
                    <w:sz w:val="36"/>
                    <w:szCs w:val="36"/>
                  </w:rPr>
                </m:ctrlPr>
              </m:dPr>
              <m:e>
                <m:r>
                  <w:rPr>
                    <w:rFonts w:ascii="Cambria Math" w:hAnsi="Cambria Math"/>
                    <w:sz w:val="36"/>
                    <w:szCs w:val="36"/>
                  </w:rPr>
                  <m:t>t</m:t>
                </m:r>
              </m:e>
            </m:d>
          </m:e>
        </m:d>
      </m:oMath>
    </w:p>
    <w:p w14:paraId="1C3C40F5" w14:textId="282DF68B" w:rsidR="00A630EF" w:rsidRDefault="00C12DCE">
      <w:pPr>
        <w:spacing w:after="160" w:line="240" w:lineRule="auto"/>
      </w:pPr>
      <m:oMath>
        <m:r>
          <w:rPr>
            <w:rFonts w:ascii="Cambria Math" w:hAnsi="Cambria Math"/>
            <w:sz w:val="36"/>
            <w:szCs w:val="36"/>
          </w:rPr>
          <m:t xml:space="preserve">                                </m:t>
        </m:r>
        <m:r>
          <w:rPr>
            <w:rFonts w:ascii="Cambria Math" w:hAnsi="Cambria Math"/>
            <w:sz w:val="36"/>
            <w:szCs w:val="36"/>
          </w:rPr>
          <m:t xml:space="preserve">    </m:t>
        </m:r>
        <m:r>
          <w:rPr>
            <w:rFonts w:ascii="Cambria Math" w:hAnsi="Cambria Math"/>
            <w:sz w:val="36"/>
            <w:szCs w:val="36"/>
          </w:rPr>
          <m:t xml:space="preserve">         =</m:t>
        </m:r>
      </m:oMath>
      <w:r w:rsidRPr="00D0789F">
        <w:rPr>
          <w:sz w:val="32"/>
          <w:szCs w:val="36"/>
        </w:rPr>
        <w:t xml:space="preserve"> “deriv. of speed”</w:t>
      </w:r>
    </w:p>
    <w:p w14:paraId="4E94AE60" w14:textId="77777777" w:rsidR="00A630EF" w:rsidRDefault="00C12DCE">
      <w:pPr>
        <w:spacing w:after="160" w:line="240" w:lineRule="auto"/>
      </w:pPr>
      <m:oMath>
        <m:r>
          <m:rPr>
            <m:sty m:val="p"/>
          </m:rPr>
          <w:rPr>
            <w:rFonts w:ascii="Cambria Math" w:hAnsi="Cambria Math"/>
            <w:sz w:val="34"/>
            <w:szCs w:val="34"/>
          </w:rPr>
          <m:t>Note:</m:t>
        </m:r>
        <m:r>
          <w:rPr>
            <w:rFonts w:ascii="Cambria Math" w:hAnsi="Cambria Math"/>
            <w:sz w:val="34"/>
            <w:szCs w:val="34"/>
          </w:rPr>
          <m:t xml:space="preserve"> </m:t>
        </m:r>
        <m:sSub>
          <m:sSubPr>
            <m:ctrlPr>
              <w:rPr>
                <w:rFonts w:ascii="Cambria Math" w:hAnsi="Cambria Math"/>
                <w:i/>
                <w:sz w:val="34"/>
                <w:szCs w:val="34"/>
              </w:rPr>
            </m:ctrlPr>
          </m:sSubPr>
          <m:e>
            <m:r>
              <w:rPr>
                <w:rFonts w:ascii="Cambria Math" w:hAnsi="Cambria Math"/>
                <w:sz w:val="34"/>
                <w:szCs w:val="34"/>
              </w:rPr>
              <m:t>a</m:t>
            </m:r>
          </m:e>
          <m:sub>
            <m:r>
              <w:rPr>
                <w:rFonts w:ascii="Cambria Math" w:hAnsi="Cambria Math"/>
                <w:sz w:val="34"/>
                <w:szCs w:val="34"/>
              </w:rPr>
              <m:t>T</m:t>
            </m:r>
          </m:sub>
        </m:sSub>
      </m:oMath>
      <w:r w:rsidRPr="009C5B79">
        <w:rPr>
          <w:sz w:val="32"/>
          <w:szCs w:val="34"/>
        </w:rPr>
        <w:t xml:space="preserve"> can be positive or negative (or zero)</w:t>
      </w:r>
    </w:p>
    <w:p w14:paraId="38F27BA2" w14:textId="77777777" w:rsidR="00A630EF" w:rsidRDefault="00C12DCE">
      <w:pPr>
        <w:spacing w:after="160" w:line="240" w:lineRule="auto"/>
      </w:pPr>
      <w:r w:rsidRPr="009C5B79">
        <w:rPr>
          <w:i/>
          <w:sz w:val="32"/>
          <w:szCs w:val="34"/>
        </w:rPr>
        <w:t>positive</w:t>
      </w:r>
      <w:r w:rsidRPr="009C5B79">
        <w:rPr>
          <w:sz w:val="32"/>
          <w:szCs w:val="34"/>
        </w:rPr>
        <w:t xml:space="preserve"> – speedometer increasing</w:t>
      </w:r>
    </w:p>
    <w:p w14:paraId="497DB8C3" w14:textId="77777777" w:rsidR="00A630EF" w:rsidRDefault="00C12DCE">
      <w:pPr>
        <w:spacing w:after="160" w:line="240" w:lineRule="auto"/>
      </w:pPr>
      <w:r w:rsidRPr="009C5B79">
        <w:rPr>
          <w:i/>
          <w:sz w:val="32"/>
          <w:szCs w:val="34"/>
        </w:rPr>
        <w:t>negative</w:t>
      </w:r>
      <w:r w:rsidRPr="009C5B79">
        <w:rPr>
          <w:sz w:val="32"/>
          <w:szCs w:val="34"/>
        </w:rPr>
        <w:t xml:space="preserve"> – speedometer decreasing</w:t>
      </w:r>
    </w:p>
    <w:p w14:paraId="78826C12" w14:textId="77777777" w:rsidR="00FF1128" w:rsidRDefault="00C12DCE">
      <w:pPr>
        <w:spacing w:after="160" w:line="240" w:lineRule="auto"/>
      </w:pPr>
      <w:r>
        <w:br w:type="column"/>
      </w:r>
    </w:p>
    <w:p w14:paraId="3DD0DEC6" w14:textId="77777777" w:rsidR="00FF1128" w:rsidRDefault="00FF1128">
      <w:pPr>
        <w:spacing w:after="160" w:line="240" w:lineRule="auto"/>
      </w:pPr>
    </w:p>
    <w:p w14:paraId="28C61029" w14:textId="77777777" w:rsidR="00FF1128" w:rsidRDefault="00FF1128">
      <w:pPr>
        <w:spacing w:after="160" w:line="240" w:lineRule="auto"/>
      </w:pPr>
    </w:p>
    <w:p w14:paraId="6FBCB7FA" w14:textId="77777777" w:rsidR="00FF1128" w:rsidRDefault="00FF1128">
      <w:pPr>
        <w:spacing w:after="160" w:line="240" w:lineRule="auto"/>
      </w:pPr>
    </w:p>
    <w:p w14:paraId="0D686F24" w14:textId="77777777" w:rsidR="00FF1128" w:rsidRDefault="00FF1128">
      <w:pPr>
        <w:spacing w:after="160" w:line="240" w:lineRule="auto"/>
      </w:pPr>
    </w:p>
    <w:p w14:paraId="114E22BD" w14:textId="77777777" w:rsidR="00FF1128" w:rsidRDefault="00FF1128">
      <w:pPr>
        <w:spacing w:after="160" w:line="240" w:lineRule="auto"/>
      </w:pPr>
    </w:p>
    <w:p w14:paraId="3189C4D2" w14:textId="77777777" w:rsidR="00FF1128" w:rsidRDefault="00FF1128">
      <w:pPr>
        <w:spacing w:after="160" w:line="240" w:lineRule="auto"/>
      </w:pPr>
    </w:p>
    <w:p w14:paraId="64FCF43F" w14:textId="77777777" w:rsidR="00FF1128" w:rsidRDefault="00FF1128">
      <w:pPr>
        <w:spacing w:after="160" w:line="240" w:lineRule="auto"/>
      </w:pPr>
    </w:p>
    <w:p w14:paraId="05D6B94F" w14:textId="0D5084A2" w:rsidR="00A630EF" w:rsidRDefault="00C12DCE">
      <w:pPr>
        <w:spacing w:after="160" w:line="240" w:lineRule="auto"/>
      </w:pPr>
      <w:r>
        <w:rPr>
          <w:b/>
          <w:sz w:val="36"/>
        </w:rPr>
        <w:t>Normal Component Facts</w:t>
      </w:r>
    </w:p>
    <w:p w14:paraId="198FB417" w14:textId="77777777" w:rsidR="00A630EF" w:rsidRDefault="00C12DCE">
      <w:pPr>
        <w:spacing w:after="160" w:line="240" w:lineRule="auto"/>
      </w:pPr>
      <m:oMathPara>
        <m:oMathParaPr>
          <m:jc m:val="left"/>
        </m:oMathParaPr>
        <m:oMath>
          <m:r>
            <m:rPr>
              <m:sty m:val="p"/>
            </m:rPr>
            <w:rPr>
              <w:rFonts w:ascii="Cambria Math" w:hAnsi="Cambria Math"/>
              <w:sz w:val="36"/>
              <w:szCs w:val="36"/>
            </w:rPr>
            <m:t>De</m:t>
          </m:r>
          <m:sSup>
            <m:sSupPr>
              <m:ctrlPr>
                <w:rPr>
                  <w:rFonts w:ascii="Cambria Math" w:hAnsi="Cambria Math"/>
                  <w:iCs/>
                  <w:sz w:val="36"/>
                  <w:szCs w:val="36"/>
                </w:rPr>
              </m:ctrlPr>
            </m:sSupPr>
            <m:e>
              <m:r>
                <m:rPr>
                  <m:sty m:val="p"/>
                </m:rPr>
                <w:rPr>
                  <w:rFonts w:ascii="Cambria Math" w:hAnsi="Cambria Math"/>
                  <w:sz w:val="36"/>
                  <w:szCs w:val="36"/>
                </w:rPr>
                <m:t>f</m:t>
              </m:r>
            </m:e>
            <m:sup>
              <m:r>
                <m:rPr>
                  <m:sty m:val="p"/>
                </m:rPr>
                <w:rPr>
                  <w:rFonts w:ascii="Cambria Math" w:hAnsi="Cambria Math"/>
                  <w:sz w:val="36"/>
                  <w:szCs w:val="36"/>
                </w:rPr>
                <m:t>'</m:t>
              </m:r>
            </m:sup>
          </m:sSup>
          <m:r>
            <m:rPr>
              <m:sty m:val="p"/>
            </m:rPr>
            <w:rPr>
              <w:rFonts w:ascii="Cambria Math" w:hAnsi="Cambria Math"/>
              <w:sz w:val="36"/>
              <w:szCs w:val="36"/>
            </w:rPr>
            <m:t>n</m:t>
          </m:r>
          <m:r>
            <w:rPr>
              <w:rFonts w:ascii="Cambria Math" w:hAnsi="Cambria Math"/>
              <w:sz w:val="36"/>
              <w:szCs w:val="36"/>
            </w:rPr>
            <m:t xml:space="preserve">:                </m:t>
          </m:r>
          <m:sSub>
            <m:sSubPr>
              <m:ctrlPr>
                <w:rPr>
                  <w:rFonts w:ascii="Cambria Math" w:hAnsi="Cambria Math"/>
                  <w:i/>
                  <w:sz w:val="36"/>
                  <w:szCs w:val="36"/>
                </w:rPr>
              </m:ctrlPr>
            </m:sSubPr>
            <m:e>
              <m:r>
                <w:rPr>
                  <w:rFonts w:ascii="Cambria Math" w:hAnsi="Cambria Math"/>
                  <w:sz w:val="36"/>
                  <w:szCs w:val="36"/>
                </w:rPr>
                <m:t>a</m:t>
              </m:r>
            </m:e>
            <m:sub>
              <m:r>
                <w:rPr>
                  <w:rFonts w:ascii="Cambria Math" w:hAnsi="Cambria Math"/>
                  <w:sz w:val="36"/>
                  <w:szCs w:val="36"/>
                </w:rPr>
                <m:t>N</m:t>
              </m:r>
            </m:sub>
          </m:sSub>
          <m:r>
            <w:rPr>
              <w:rFonts w:ascii="Cambria Math" w:hAnsi="Cambria Math"/>
              <w:sz w:val="36"/>
              <w:szCs w:val="36"/>
            </w:rPr>
            <m:t>=</m:t>
          </m:r>
          <m:sSub>
            <m:sSubPr>
              <m:ctrlPr>
                <w:rPr>
                  <w:rFonts w:ascii="Cambria Math" w:hAnsi="Cambria Math"/>
                  <w:i/>
                  <w:sz w:val="36"/>
                  <w:szCs w:val="36"/>
                </w:rPr>
              </m:ctrlPr>
            </m:sSubPr>
            <m:e>
              <m:r>
                <m:rPr>
                  <m:sty m:val="p"/>
                </m:rPr>
                <w:rPr>
                  <w:rFonts w:ascii="Cambria Math" w:hAnsi="Cambria Math"/>
                  <w:sz w:val="36"/>
                  <w:szCs w:val="36"/>
                </w:rPr>
                <m:t>comp</m:t>
              </m:r>
            </m:e>
            <m:sub>
              <m:r>
                <m:rPr>
                  <m:sty m:val="bi"/>
                </m:rPr>
                <w:rPr>
                  <w:rFonts w:ascii="Cambria Math" w:hAnsi="Cambria Math"/>
                  <w:sz w:val="36"/>
                  <w:szCs w:val="36"/>
                </w:rPr>
                <m:t>N</m:t>
              </m:r>
            </m:sub>
          </m:sSub>
          <m:d>
            <m:dPr>
              <m:ctrlPr>
                <w:rPr>
                  <w:rFonts w:ascii="Cambria Math" w:hAnsi="Cambria Math"/>
                  <w:i/>
                  <w:sz w:val="36"/>
                  <w:szCs w:val="36"/>
                </w:rPr>
              </m:ctrlPr>
            </m:dPr>
            <m:e>
              <m:r>
                <m:rPr>
                  <m:sty m:val="bi"/>
                </m:rPr>
                <w:rPr>
                  <w:rFonts w:ascii="Cambria Math" w:hAnsi="Cambria Math"/>
                  <w:sz w:val="36"/>
                  <w:szCs w:val="36"/>
                </w:rPr>
                <m:t>a</m:t>
              </m:r>
            </m:e>
          </m:d>
          <m:r>
            <w:rPr>
              <w:rFonts w:ascii="Cambria Math" w:hAnsi="Cambria Math"/>
              <w:sz w:val="36"/>
              <w:szCs w:val="36"/>
            </w:rPr>
            <m:t>=</m:t>
          </m:r>
          <m:r>
            <m:rPr>
              <m:sty m:val="bi"/>
            </m:rPr>
            <w:rPr>
              <w:rFonts w:ascii="Cambria Math" w:hAnsi="Cambria Math"/>
              <w:sz w:val="36"/>
              <w:szCs w:val="36"/>
            </w:rPr>
            <m:t>a∙N</m:t>
          </m:r>
        </m:oMath>
      </m:oMathPara>
    </w:p>
    <w:p w14:paraId="38FC8629" w14:textId="77777777" w:rsidR="00A630EF" w:rsidRDefault="00C12DCE">
      <w:pPr>
        <w:spacing w:after="160" w:line="240" w:lineRule="auto"/>
      </w:pPr>
      <m:oMathPara>
        <m:oMathParaPr>
          <m:jc m:val="left"/>
        </m:oMathParaPr>
        <m:oMath>
          <m:r>
            <m:rPr>
              <m:sty m:val="p"/>
            </m:rPr>
            <w:rPr>
              <w:rFonts w:ascii="Cambria Math" w:hAnsi="Cambria Math"/>
              <w:sz w:val="36"/>
              <w:szCs w:val="36"/>
            </w:rPr>
            <m:t>Shortcut</m:t>
          </m:r>
          <m:r>
            <w:rPr>
              <w:rFonts w:ascii="Cambria Math" w:hAnsi="Cambria Math"/>
              <w:sz w:val="36"/>
              <w:szCs w:val="36"/>
            </w:rPr>
            <m:t xml:space="preserve">: </m:t>
          </m:r>
          <m:sSub>
            <m:sSubPr>
              <m:ctrlPr>
                <w:rPr>
                  <w:rFonts w:ascii="Cambria Math" w:hAnsi="Cambria Math"/>
                  <w:i/>
                  <w:sz w:val="36"/>
                  <w:szCs w:val="36"/>
                </w:rPr>
              </m:ctrlPr>
            </m:sSubPr>
            <m:e>
              <m:r>
                <w:rPr>
                  <w:rFonts w:ascii="Cambria Math" w:hAnsi="Cambria Math"/>
                  <w:sz w:val="36"/>
                  <w:szCs w:val="36"/>
                </w:rPr>
                <m:t xml:space="preserve">          a</m:t>
              </m:r>
            </m:e>
            <m:sub>
              <m:r>
                <w:rPr>
                  <w:rFonts w:ascii="Cambria Math" w:hAnsi="Cambria Math"/>
                  <w:sz w:val="36"/>
                  <w:szCs w:val="36"/>
                </w:rPr>
                <m:t>N</m:t>
              </m:r>
            </m:sub>
          </m:sSub>
          <m:r>
            <w:rPr>
              <w:rFonts w:ascii="Cambria Math" w:hAnsi="Cambria Math"/>
              <w:sz w:val="36"/>
              <w:szCs w:val="36"/>
            </w:rPr>
            <m:t xml:space="preserve"> =</m:t>
          </m:r>
          <m:f>
            <m:fPr>
              <m:ctrlPr>
                <w:rPr>
                  <w:rFonts w:ascii="Cambria Math" w:hAnsi="Cambria Math"/>
                  <w:i/>
                  <w:sz w:val="36"/>
                  <w:szCs w:val="36"/>
                </w:rPr>
              </m:ctrlPr>
            </m:fPr>
            <m:num>
              <m:r>
                <m:rPr>
                  <m:sty m:val="bi"/>
                </m:rPr>
                <w:rPr>
                  <w:rFonts w:ascii="Cambria Math" w:hAnsi="Cambria Math"/>
                  <w:sz w:val="36"/>
                  <w:szCs w:val="36"/>
                </w:rPr>
                <m:t>|</m:t>
              </m:r>
              <m:sSup>
                <m:sSupPr>
                  <m:ctrlPr>
                    <w:rPr>
                      <w:rFonts w:ascii="Cambria Math" w:hAnsi="Cambria Math"/>
                      <w:i/>
                      <w:sz w:val="36"/>
                      <w:szCs w:val="36"/>
                    </w:rPr>
                  </m:ctrlPr>
                </m:sSupPr>
                <m:e>
                  <m:r>
                    <m:rPr>
                      <m:sty m:val="bi"/>
                    </m:rPr>
                    <w:rPr>
                      <w:rFonts w:ascii="Cambria Math" w:hAnsi="Cambria Math"/>
                      <w:sz w:val="36"/>
                      <w:szCs w:val="36"/>
                    </w:rPr>
                    <m:t>r</m:t>
                  </m:r>
                  <m:ctrlPr>
                    <w:rPr>
                      <w:rFonts w:ascii="Cambria Math" w:hAnsi="Cambria Math"/>
                      <w:b/>
                      <w:i/>
                      <w:sz w:val="36"/>
                      <w:szCs w:val="36"/>
                    </w:rPr>
                  </m:ctrlPr>
                </m:e>
                <m:sup>
                  <m:r>
                    <w:rPr>
                      <w:rFonts w:ascii="Cambria Math" w:hAnsi="Cambria Math"/>
                      <w:sz w:val="36"/>
                      <w:szCs w:val="36"/>
                    </w:rPr>
                    <m:t>'</m:t>
                  </m:r>
                </m:sup>
              </m:sSup>
              <m:r>
                <w:rPr>
                  <w:rFonts w:ascii="Cambria Math" w:hAnsi="Cambria Math"/>
                  <w:sz w:val="36"/>
                  <w:szCs w:val="36"/>
                </w:rPr>
                <m:t>×</m:t>
              </m:r>
              <m:sSup>
                <m:sSupPr>
                  <m:ctrlPr>
                    <w:rPr>
                      <w:rFonts w:ascii="Cambria Math" w:hAnsi="Cambria Math"/>
                      <w:i/>
                      <w:sz w:val="36"/>
                      <w:szCs w:val="36"/>
                    </w:rPr>
                  </m:ctrlPr>
                </m:sSupPr>
                <m:e>
                  <m:r>
                    <m:rPr>
                      <m:sty m:val="bi"/>
                    </m:rPr>
                    <w:rPr>
                      <w:rFonts w:ascii="Cambria Math" w:hAnsi="Cambria Math"/>
                      <w:sz w:val="36"/>
                      <w:szCs w:val="36"/>
                    </w:rPr>
                    <m:t>r</m:t>
                  </m:r>
                </m:e>
                <m:sup>
                  <m:r>
                    <w:rPr>
                      <w:rFonts w:ascii="Cambria Math" w:hAnsi="Cambria Math"/>
                      <w:sz w:val="36"/>
                      <w:szCs w:val="36"/>
                    </w:rPr>
                    <m:t>''</m:t>
                  </m:r>
                </m:sup>
              </m:sSup>
              <m:r>
                <w:rPr>
                  <w:rFonts w:ascii="Cambria Math" w:hAnsi="Cambria Math"/>
                  <w:sz w:val="36"/>
                  <w:szCs w:val="36"/>
                </w:rPr>
                <m:t>|</m:t>
              </m:r>
            </m:num>
            <m:den>
              <m:sSup>
                <m:sSupPr>
                  <m:ctrlPr>
                    <w:rPr>
                      <w:rFonts w:ascii="Cambria Math" w:hAnsi="Cambria Math"/>
                      <w:i/>
                      <w:sz w:val="36"/>
                      <w:szCs w:val="36"/>
                    </w:rPr>
                  </m:ctrlPr>
                </m:sSupPr>
                <m:e>
                  <m:r>
                    <w:rPr>
                      <w:rFonts w:ascii="Cambria Math" w:hAnsi="Cambria Math"/>
                      <w:sz w:val="36"/>
                      <w:szCs w:val="36"/>
                    </w:rPr>
                    <m:t>|</m:t>
                  </m:r>
                  <m:r>
                    <m:rPr>
                      <m:sty m:val="bi"/>
                    </m:rPr>
                    <w:rPr>
                      <w:rFonts w:ascii="Cambria Math" w:hAnsi="Cambria Math"/>
                      <w:sz w:val="36"/>
                      <w:szCs w:val="36"/>
                    </w:rPr>
                    <m:t>r</m:t>
                  </m:r>
                </m:e>
                <m:sup>
                  <m:r>
                    <w:rPr>
                      <w:rFonts w:ascii="Cambria Math" w:hAnsi="Cambria Math"/>
                      <w:sz w:val="36"/>
                      <w:szCs w:val="36"/>
                    </w:rPr>
                    <m:t>'</m:t>
                  </m:r>
                </m:sup>
              </m:sSup>
              <m:r>
                <w:rPr>
                  <w:rFonts w:ascii="Cambria Math" w:hAnsi="Cambria Math"/>
                  <w:sz w:val="36"/>
                  <w:szCs w:val="36"/>
                </w:rPr>
                <m:t>|</m:t>
              </m:r>
            </m:den>
          </m:f>
        </m:oMath>
      </m:oMathPara>
    </w:p>
    <w:p w14:paraId="4AB3A863" w14:textId="4D184342" w:rsidR="00A630EF" w:rsidRDefault="00C12DCE">
      <w:pPr>
        <w:spacing w:after="160" w:line="240" w:lineRule="auto"/>
      </w:pPr>
      <w:r w:rsidRPr="00D0789F">
        <w:rPr>
          <w:sz w:val="32"/>
          <w:szCs w:val="36"/>
        </w:rPr>
        <w:t xml:space="preserve">Interpretation: </w:t>
      </w:r>
      <m:oMath>
        <m:sSub>
          <m:sSubPr>
            <m:ctrlPr>
              <w:rPr>
                <w:rFonts w:ascii="Cambria Math" w:hAnsi="Cambria Math"/>
                <w:i/>
                <w:sz w:val="36"/>
                <w:szCs w:val="36"/>
              </w:rPr>
            </m:ctrlPr>
          </m:sSubPr>
          <m:e>
            <m:r>
              <w:rPr>
                <w:rFonts w:ascii="Cambria Math" w:hAnsi="Cambria Math"/>
                <w:sz w:val="36"/>
                <w:szCs w:val="36"/>
              </w:rPr>
              <m:t xml:space="preserve"> </m:t>
            </m:r>
            <m:r>
              <w:rPr>
                <w:rFonts w:ascii="Cambria Math" w:hAnsi="Cambria Math"/>
                <w:sz w:val="36"/>
                <w:szCs w:val="36"/>
              </w:rPr>
              <m:t xml:space="preserve">   </m:t>
            </m:r>
            <m:r>
              <w:rPr>
                <w:rFonts w:ascii="Cambria Math" w:hAnsi="Cambria Math"/>
                <w:sz w:val="36"/>
                <w:szCs w:val="36"/>
              </w:rPr>
              <m:t>a</m:t>
            </m:r>
          </m:e>
          <m:sub>
            <m:r>
              <w:rPr>
                <w:rFonts w:ascii="Cambria Math" w:hAnsi="Cambria Math"/>
                <w:sz w:val="36"/>
                <w:szCs w:val="36"/>
              </w:rPr>
              <m:t>N</m:t>
            </m:r>
          </m:sub>
        </m:sSub>
        <m:r>
          <w:rPr>
            <w:rFonts w:ascii="Cambria Math" w:hAnsi="Cambria Math"/>
            <w:sz w:val="36"/>
            <w:szCs w:val="36"/>
          </w:rPr>
          <m:t>=k</m:t>
        </m:r>
        <m:sSup>
          <m:sSupPr>
            <m:ctrlPr>
              <w:rPr>
                <w:rFonts w:ascii="Cambria Math" w:hAnsi="Cambria Math"/>
                <w:i/>
                <w:sz w:val="36"/>
                <w:szCs w:val="36"/>
              </w:rPr>
            </m:ctrlPr>
          </m:sSupPr>
          <m:e>
            <m:r>
              <w:rPr>
                <w:rFonts w:ascii="Cambria Math" w:hAnsi="Cambria Math"/>
                <w:sz w:val="36"/>
                <w:szCs w:val="36"/>
              </w:rPr>
              <m:t>ν</m:t>
            </m:r>
          </m:e>
          <m:sup>
            <m:r>
              <w:rPr>
                <w:rFonts w:ascii="Cambria Math" w:hAnsi="Cambria Math"/>
                <w:sz w:val="36"/>
                <w:szCs w:val="36"/>
              </w:rPr>
              <m:t>2</m:t>
            </m:r>
          </m:sup>
        </m:sSup>
      </m:oMath>
    </w:p>
    <w:p w14:paraId="694FC178" w14:textId="210929FA" w:rsidR="00A630EF" w:rsidRDefault="00C12DCE">
      <w:pPr>
        <w:spacing w:after="160" w:line="240" w:lineRule="auto"/>
      </w:pPr>
      <m:oMath>
        <m:r>
          <w:rPr>
            <w:rFonts w:ascii="Cambria Math" w:hAnsi="Cambria Math"/>
            <w:sz w:val="36"/>
            <w:szCs w:val="36"/>
          </w:rPr>
          <m:t xml:space="preserve">                           </m:t>
        </m:r>
        <m:r>
          <w:rPr>
            <w:rFonts w:ascii="Cambria Math" w:hAnsi="Cambria Math"/>
            <w:sz w:val="36"/>
            <w:szCs w:val="36"/>
          </w:rPr>
          <m:t xml:space="preserve">         </m:t>
        </m:r>
        <m:r>
          <w:rPr>
            <w:rFonts w:ascii="Cambria Math" w:hAnsi="Cambria Math"/>
            <w:sz w:val="36"/>
            <w:szCs w:val="36"/>
          </w:rPr>
          <m:t>=</m:t>
        </m:r>
      </m:oMath>
      <w:r w:rsidRPr="00D0789F">
        <w:rPr>
          <w:sz w:val="32"/>
          <w:szCs w:val="36"/>
        </w:rPr>
        <w:t xml:space="preserve"> </w:t>
      </w:r>
      <w:proofErr w:type="gramStart"/>
      <w:r w:rsidRPr="00D0789F">
        <w:rPr>
          <w:sz w:val="32"/>
          <w:szCs w:val="36"/>
        </w:rPr>
        <w:t>curvature · (</w:t>
      </w:r>
      <w:proofErr w:type="gramEnd"/>
      <w:r w:rsidRPr="00D0789F">
        <w:rPr>
          <w:sz w:val="32"/>
          <w:szCs w:val="36"/>
        </w:rPr>
        <w:t>speed)</w:t>
      </w:r>
      <w:r w:rsidRPr="00D0789F">
        <w:rPr>
          <w:sz w:val="32"/>
          <w:szCs w:val="36"/>
          <w:vertAlign w:val="superscript"/>
        </w:rPr>
        <w:t>2</w:t>
      </w:r>
    </w:p>
    <w:p w14:paraId="33BDFAD3" w14:textId="77777777" w:rsidR="00A630EF" w:rsidRDefault="00C12DCE">
      <w:pPr>
        <w:spacing w:after="160" w:line="240" w:lineRule="auto"/>
      </w:pPr>
      <w:r w:rsidRPr="009C5B79">
        <w:rPr>
          <w:sz w:val="32"/>
          <w:szCs w:val="34"/>
        </w:rPr>
        <w:t>Note</w:t>
      </w:r>
      <w:r>
        <w:rPr>
          <w:sz w:val="32"/>
          <w:szCs w:val="34"/>
        </w:rPr>
        <w:t>:</w:t>
      </w:r>
      <w:r w:rsidRPr="009C5B79">
        <w:rPr>
          <w:sz w:val="32"/>
          <w:szCs w:val="34"/>
        </w:rPr>
        <w:t xml:space="preserve"> </w:t>
      </w:r>
      <m:oMath>
        <m:sSub>
          <m:sSubPr>
            <m:ctrlPr>
              <w:rPr>
                <w:rFonts w:ascii="Cambria Math" w:hAnsi="Cambria Math"/>
                <w:i/>
                <w:sz w:val="34"/>
                <w:szCs w:val="34"/>
              </w:rPr>
            </m:ctrlPr>
          </m:sSubPr>
          <m:e>
            <m:r>
              <w:rPr>
                <w:rFonts w:ascii="Cambria Math" w:hAnsi="Cambria Math"/>
                <w:sz w:val="34"/>
                <w:szCs w:val="34"/>
              </w:rPr>
              <m:t>a</m:t>
            </m:r>
          </m:e>
          <m:sub>
            <m:r>
              <w:rPr>
                <w:rFonts w:ascii="Cambria Math" w:hAnsi="Cambria Math"/>
                <w:sz w:val="34"/>
                <w:szCs w:val="34"/>
              </w:rPr>
              <m:t>N</m:t>
            </m:r>
          </m:sub>
        </m:sSub>
      </m:oMath>
      <w:r w:rsidRPr="009C5B79">
        <w:rPr>
          <w:sz w:val="32"/>
          <w:szCs w:val="34"/>
        </w:rPr>
        <w:t xml:space="preserve"> is always positive (or zero) </w:t>
      </w:r>
    </w:p>
    <w:p w14:paraId="1A4C4F84" w14:textId="77777777" w:rsidR="00A630EF" w:rsidRDefault="00C12DCE">
      <w:pPr>
        <w:spacing w:after="160" w:line="240" w:lineRule="auto"/>
      </w:pPr>
      <w:r w:rsidRPr="009C5B79">
        <w:rPr>
          <w:sz w:val="32"/>
          <w:szCs w:val="34"/>
        </w:rPr>
        <w:t>(</w:t>
      </w:r>
      <w:proofErr w:type="gramStart"/>
      <w:r w:rsidRPr="009C5B79">
        <w:rPr>
          <w:sz w:val="32"/>
          <w:szCs w:val="34"/>
        </w:rPr>
        <w:t>accel</w:t>
      </w:r>
      <w:proofErr w:type="gramEnd"/>
      <w:r w:rsidRPr="009C5B79">
        <w:rPr>
          <w:sz w:val="32"/>
          <w:szCs w:val="34"/>
        </w:rPr>
        <w:t>. points “inward” relative to the curve, but not always “directly” inward)</w:t>
      </w:r>
    </w:p>
    <w:p w14:paraId="5D6F9120" w14:textId="4C2F6EE5" w:rsidR="00A630EF" w:rsidRDefault="00C12DCE">
      <w:pPr>
        <w:spacing w:after="160" w:line="240" w:lineRule="auto"/>
      </w:pPr>
      <w:r>
        <w:br w:type="column"/>
      </w:r>
      <w:r w:rsidR="00FF1128">
        <w:lastRenderedPageBreak/>
        <w:t>E</w:t>
      </w:r>
      <w:r>
        <w:rPr>
          <w:b/>
          <w:sz w:val="36"/>
        </w:rPr>
        <w:t>xample</w:t>
      </w:r>
    </w:p>
    <w:p w14:paraId="1C1F5D68" w14:textId="77777777" w:rsidR="00A630EF" w:rsidRDefault="00EB6AD3">
      <w:pPr>
        <w:spacing w:after="160" w:line="240" w:lineRule="auto"/>
      </w:pPr>
      <m:oMathPara>
        <m:oMath>
          <m:acc>
            <m:accPr>
              <m:chr m:val="⃑"/>
              <m:ctrlPr>
                <w:rPr>
                  <w:rFonts w:ascii="Cambria Math" w:hAnsi="Cambria Math"/>
                  <w:b/>
                  <w:i/>
                  <w:sz w:val="40"/>
                  <w:szCs w:val="40"/>
                </w:rPr>
              </m:ctrlPr>
            </m:accPr>
            <m:e>
              <m:r>
                <m:rPr>
                  <m:sty m:val="bi"/>
                </m:rPr>
                <w:rPr>
                  <w:rFonts w:ascii="Cambria Math" w:hAnsi="Cambria Math"/>
                  <w:sz w:val="40"/>
                  <w:szCs w:val="40"/>
                </w:rPr>
                <m:t>r</m:t>
              </m:r>
            </m:e>
          </m:acc>
          <m:d>
            <m:dPr>
              <m:ctrlPr>
                <w:rPr>
                  <w:rFonts w:ascii="Cambria Math" w:hAnsi="Cambria Math"/>
                  <w:i/>
                  <w:sz w:val="40"/>
                  <w:szCs w:val="40"/>
                </w:rPr>
              </m:ctrlPr>
            </m:dPr>
            <m:e>
              <m:r>
                <w:rPr>
                  <w:rFonts w:ascii="Cambria Math" w:hAnsi="Cambria Math"/>
                  <w:sz w:val="40"/>
                  <w:szCs w:val="40"/>
                </w:rPr>
                <m:t>t</m:t>
              </m:r>
            </m:e>
          </m:d>
          <m:r>
            <w:rPr>
              <w:rFonts w:ascii="Cambria Math" w:hAnsi="Cambria Math"/>
              <w:sz w:val="40"/>
              <w:szCs w:val="40"/>
            </w:rPr>
            <m:t>= &lt;</m:t>
          </m:r>
          <m:func>
            <m:funcPr>
              <m:ctrlPr>
                <w:rPr>
                  <w:rFonts w:ascii="Cambria Math" w:hAnsi="Cambria Math"/>
                  <w:sz w:val="40"/>
                  <w:szCs w:val="40"/>
                </w:rPr>
              </m:ctrlPr>
            </m:funcPr>
            <m:fName>
              <m:r>
                <m:rPr>
                  <m:sty m:val="p"/>
                </m:rPr>
                <w:rPr>
                  <w:rFonts w:ascii="Cambria Math" w:hAnsi="Cambria Math"/>
                  <w:sz w:val="40"/>
                  <w:szCs w:val="40"/>
                </w:rPr>
                <m:t>cos</m:t>
              </m:r>
            </m:fName>
            <m:e>
              <m:d>
                <m:dPr>
                  <m:ctrlPr>
                    <w:rPr>
                      <w:rFonts w:ascii="Cambria Math" w:hAnsi="Cambria Math"/>
                      <w:i/>
                      <w:sz w:val="40"/>
                      <w:szCs w:val="40"/>
                    </w:rPr>
                  </m:ctrlPr>
                </m:dPr>
                <m:e>
                  <m:r>
                    <w:rPr>
                      <w:rFonts w:ascii="Cambria Math" w:hAnsi="Cambria Math"/>
                      <w:sz w:val="40"/>
                      <w:szCs w:val="40"/>
                    </w:rPr>
                    <m:t>t</m:t>
                  </m:r>
                </m:e>
              </m:d>
            </m:e>
          </m:func>
          <m:r>
            <w:rPr>
              <w:rFonts w:ascii="Cambria Math" w:hAnsi="Cambria Math"/>
              <w:sz w:val="40"/>
              <w:szCs w:val="40"/>
            </w:rPr>
            <m:t>,</m:t>
          </m:r>
          <m:func>
            <m:funcPr>
              <m:ctrlPr>
                <w:rPr>
                  <w:rFonts w:ascii="Cambria Math" w:hAnsi="Cambria Math"/>
                  <w:sz w:val="40"/>
                  <w:szCs w:val="40"/>
                </w:rPr>
              </m:ctrlPr>
            </m:funcPr>
            <m:fName>
              <m:r>
                <m:rPr>
                  <m:sty m:val="p"/>
                </m:rPr>
                <w:rPr>
                  <w:rFonts w:ascii="Cambria Math" w:hAnsi="Cambria Math"/>
                  <w:sz w:val="40"/>
                  <w:szCs w:val="40"/>
                </w:rPr>
                <m:t>sin</m:t>
              </m:r>
              <m:ctrlPr>
                <w:rPr>
                  <w:rFonts w:ascii="Cambria Math" w:hAnsi="Cambria Math"/>
                  <w:i/>
                  <w:sz w:val="40"/>
                  <w:szCs w:val="40"/>
                </w:rPr>
              </m:ctrlPr>
            </m:fName>
            <m:e>
              <m:d>
                <m:dPr>
                  <m:ctrlPr>
                    <w:rPr>
                      <w:rFonts w:ascii="Cambria Math" w:hAnsi="Cambria Math"/>
                      <w:i/>
                      <w:sz w:val="40"/>
                      <w:szCs w:val="40"/>
                    </w:rPr>
                  </m:ctrlPr>
                </m:dPr>
                <m:e>
                  <m:r>
                    <w:rPr>
                      <w:rFonts w:ascii="Cambria Math" w:hAnsi="Cambria Math"/>
                      <w:sz w:val="40"/>
                      <w:szCs w:val="40"/>
                    </w:rPr>
                    <m:t>t</m:t>
                  </m:r>
                </m:e>
              </m:d>
            </m:e>
          </m:func>
          <m:r>
            <w:rPr>
              <w:rFonts w:ascii="Cambria Math" w:hAnsi="Cambria Math"/>
              <w:sz w:val="40"/>
              <w:szCs w:val="40"/>
            </w:rPr>
            <m:t>,t&gt;</m:t>
          </m:r>
        </m:oMath>
      </m:oMathPara>
    </w:p>
    <w:p w14:paraId="7A4F1E04" w14:textId="77777777" w:rsidR="00A630EF" w:rsidRDefault="00C12DCE">
      <w:pPr>
        <w:spacing w:after="160" w:line="240" w:lineRule="auto"/>
      </w:pPr>
      <w:r w:rsidRPr="00954C57">
        <w:rPr>
          <w:sz w:val="32"/>
          <w:szCs w:val="40"/>
        </w:rPr>
        <w:t>Find the tangential and normal components of acceleration.</w:t>
      </w:r>
    </w:p>
    <w:p w14:paraId="483F8B58" w14:textId="77777777" w:rsidR="00A630EF" w:rsidRDefault="00A630EF">
      <w:pPr>
        <w:spacing w:after="160" w:line="240" w:lineRule="auto"/>
      </w:pPr>
    </w:p>
    <w:p w14:paraId="48D18D9A" w14:textId="77777777" w:rsidR="00A630EF" w:rsidRDefault="00A630EF">
      <w:pPr>
        <w:spacing w:after="2000" w:line="240" w:lineRule="auto"/>
      </w:pPr>
    </w:p>
    <w:p w14:paraId="60D57ACC" w14:textId="77777777" w:rsidR="00FF1128" w:rsidRDefault="00FF1128">
      <w:pPr>
        <w:spacing w:after="160" w:line="240" w:lineRule="auto"/>
        <w:rPr>
          <w:b/>
          <w:sz w:val="36"/>
        </w:rPr>
      </w:pPr>
    </w:p>
    <w:p w14:paraId="14290938" w14:textId="77777777" w:rsidR="00FF1128" w:rsidRDefault="00FF1128">
      <w:pPr>
        <w:spacing w:after="160" w:line="240" w:lineRule="auto"/>
        <w:rPr>
          <w:b/>
          <w:sz w:val="36"/>
        </w:rPr>
      </w:pPr>
    </w:p>
    <w:p w14:paraId="6D305286" w14:textId="77777777" w:rsidR="00FF1128" w:rsidRDefault="00FF1128">
      <w:pPr>
        <w:spacing w:after="160" w:line="240" w:lineRule="auto"/>
        <w:rPr>
          <w:b/>
          <w:sz w:val="36"/>
        </w:rPr>
      </w:pPr>
    </w:p>
    <w:p w14:paraId="7215F355" w14:textId="77777777" w:rsidR="00FF1128" w:rsidRDefault="00FF1128">
      <w:pPr>
        <w:spacing w:after="160" w:line="240" w:lineRule="auto"/>
        <w:rPr>
          <w:b/>
          <w:sz w:val="36"/>
        </w:rPr>
      </w:pPr>
    </w:p>
    <w:p w14:paraId="582C019E" w14:textId="77777777" w:rsidR="00FF1128" w:rsidRDefault="00FF1128">
      <w:pPr>
        <w:spacing w:after="160" w:line="240" w:lineRule="auto"/>
        <w:rPr>
          <w:b/>
          <w:sz w:val="36"/>
        </w:rPr>
      </w:pPr>
    </w:p>
    <w:p w14:paraId="5D663F06" w14:textId="77777777" w:rsidR="00FF1128" w:rsidRDefault="00FF1128">
      <w:pPr>
        <w:spacing w:after="160" w:line="240" w:lineRule="auto"/>
        <w:rPr>
          <w:b/>
          <w:sz w:val="36"/>
        </w:rPr>
      </w:pPr>
    </w:p>
    <w:p w14:paraId="4ED20BE8" w14:textId="77777777" w:rsidR="00FF1128" w:rsidRDefault="00FF1128">
      <w:pPr>
        <w:spacing w:after="160" w:line="240" w:lineRule="auto"/>
        <w:rPr>
          <w:b/>
          <w:sz w:val="36"/>
        </w:rPr>
      </w:pPr>
    </w:p>
    <w:p w14:paraId="38488F83" w14:textId="77777777" w:rsidR="00FF1128" w:rsidRDefault="00FF1128">
      <w:pPr>
        <w:spacing w:after="160" w:line="240" w:lineRule="auto"/>
        <w:rPr>
          <w:b/>
          <w:sz w:val="36"/>
        </w:rPr>
      </w:pPr>
    </w:p>
    <w:p w14:paraId="37F72ED4" w14:textId="77777777" w:rsidR="00FF1128" w:rsidRDefault="00FF1128">
      <w:pPr>
        <w:spacing w:after="160" w:line="240" w:lineRule="auto"/>
        <w:rPr>
          <w:b/>
          <w:sz w:val="36"/>
        </w:rPr>
      </w:pPr>
    </w:p>
    <w:p w14:paraId="2A323699" w14:textId="52B65567" w:rsidR="00A630EF" w:rsidRDefault="00C12DCE">
      <w:pPr>
        <w:spacing w:after="160" w:line="240" w:lineRule="auto"/>
      </w:pPr>
      <w:r>
        <w:rPr>
          <w:b/>
          <w:sz w:val="36"/>
        </w:rPr>
        <w:t>F’18 – Exam 2 – Loveless</w:t>
      </w:r>
    </w:p>
    <w:p w14:paraId="63654367" w14:textId="77777777" w:rsidR="00A630EF" w:rsidRDefault="00C12DCE">
      <w:pPr>
        <w:spacing w:after="160" w:line="240" w:lineRule="auto"/>
      </w:pPr>
      <w:r w:rsidRPr="00510AC6">
        <w:rPr>
          <w:sz w:val="32"/>
          <w:szCs w:val="36"/>
        </w:rPr>
        <w:t xml:space="preserve">Consider the position vector </w:t>
      </w:r>
    </w:p>
    <w:p w14:paraId="3ED7AC9F" w14:textId="77777777" w:rsidR="00A630EF" w:rsidRDefault="00C12DCE">
      <w:pPr>
        <w:spacing w:after="160" w:line="240" w:lineRule="auto"/>
      </w:pPr>
      <m:oMath>
        <m:r>
          <m:rPr>
            <m:sty m:val="bi"/>
          </m:rPr>
          <w:rPr>
            <w:rFonts w:ascii="Cambria Math" w:hAnsi="Cambria Math"/>
            <w:sz w:val="36"/>
            <w:szCs w:val="36"/>
          </w:rPr>
          <m:t>r</m:t>
        </m:r>
        <m:d>
          <m:dPr>
            <m:ctrlPr>
              <w:rPr>
                <w:rFonts w:ascii="Cambria Math" w:hAnsi="Cambria Math"/>
                <w:i/>
                <w:sz w:val="36"/>
                <w:szCs w:val="36"/>
              </w:rPr>
            </m:ctrlPr>
          </m:dPr>
          <m:e>
            <m:r>
              <w:rPr>
                <w:rFonts w:ascii="Cambria Math" w:hAnsi="Cambria Math"/>
                <w:sz w:val="36"/>
                <w:szCs w:val="36"/>
              </w:rPr>
              <m:t>t</m:t>
            </m:r>
          </m:e>
        </m:d>
        <m:r>
          <w:rPr>
            <w:rFonts w:ascii="Cambria Math" w:hAnsi="Cambria Math"/>
            <w:sz w:val="36"/>
            <w:szCs w:val="36"/>
          </w:rPr>
          <m:t>=〈5t,</m:t>
        </m:r>
        <m:sSup>
          <m:sSupPr>
            <m:ctrlPr>
              <w:rPr>
                <w:rFonts w:ascii="Cambria Math" w:hAnsi="Cambria Math"/>
                <w:i/>
                <w:sz w:val="36"/>
                <w:szCs w:val="36"/>
              </w:rPr>
            </m:ctrlPr>
          </m:sSupPr>
          <m:e>
            <m:r>
              <w:rPr>
                <w:rFonts w:ascii="Cambria Math" w:hAnsi="Cambria Math"/>
                <w:sz w:val="36"/>
                <w:szCs w:val="36"/>
              </w:rPr>
              <m:t>e</m:t>
            </m:r>
          </m:e>
          <m:sup>
            <m:r>
              <w:rPr>
                <w:rFonts w:ascii="Cambria Math" w:hAnsi="Cambria Math"/>
                <w:sz w:val="36"/>
                <w:szCs w:val="36"/>
              </w:rPr>
              <m:t>t</m:t>
            </m:r>
          </m:sup>
        </m:sSup>
        <m:r>
          <w:rPr>
            <w:rFonts w:ascii="Cambria Math" w:hAnsi="Cambria Math"/>
            <w:sz w:val="36"/>
            <w:szCs w:val="36"/>
          </w:rPr>
          <m:t xml:space="preserve">, </m:t>
        </m:r>
        <m:sSup>
          <m:sSupPr>
            <m:ctrlPr>
              <w:rPr>
                <w:rFonts w:ascii="Cambria Math" w:hAnsi="Cambria Math"/>
                <w:i/>
                <w:sz w:val="36"/>
                <w:szCs w:val="36"/>
              </w:rPr>
            </m:ctrlPr>
          </m:sSupPr>
          <m:e>
            <m:r>
              <w:rPr>
                <w:rFonts w:ascii="Cambria Math" w:hAnsi="Cambria Math"/>
                <w:sz w:val="36"/>
                <w:szCs w:val="36"/>
              </w:rPr>
              <m:t>e</m:t>
            </m:r>
          </m:e>
          <m:sup>
            <m:r>
              <w:rPr>
                <w:rFonts w:ascii="Cambria Math" w:hAnsi="Cambria Math"/>
                <w:sz w:val="36"/>
                <w:szCs w:val="36"/>
              </w:rPr>
              <m:t>-3t</m:t>
            </m:r>
          </m:sup>
        </m:sSup>
        <m:r>
          <w:rPr>
            <w:rFonts w:ascii="Cambria Math" w:hAnsi="Cambria Math"/>
            <w:sz w:val="36"/>
            <w:szCs w:val="36"/>
          </w:rPr>
          <m:t>〉</m:t>
        </m:r>
      </m:oMath>
      <w:r w:rsidRPr="00510AC6">
        <w:rPr>
          <w:sz w:val="32"/>
          <w:szCs w:val="36"/>
        </w:rPr>
        <w:t xml:space="preserve">.  </w:t>
      </w:r>
    </w:p>
    <w:p w14:paraId="7306204F" w14:textId="77777777" w:rsidR="00A630EF" w:rsidRDefault="00C12DCE">
      <w:pPr>
        <w:spacing w:after="160" w:line="240" w:lineRule="auto"/>
      </w:pPr>
      <w:r>
        <w:rPr>
          <w:sz w:val="32"/>
        </w:rPr>
        <w:t>Find all values of t at which the tangential component of acceleration is zero.</w:t>
      </w:r>
    </w:p>
    <w:p w14:paraId="542C9E7F" w14:textId="5172ECE6" w:rsidR="00A630EF" w:rsidRDefault="00C12DCE">
      <w:pPr>
        <w:spacing w:after="160" w:line="240" w:lineRule="auto"/>
      </w:pPr>
      <w:r>
        <w:br w:type="column"/>
      </w:r>
      <w:r w:rsidR="00884770" w:rsidRPr="00884770">
        <w:lastRenderedPageBreak/>
        <w:drawing>
          <wp:anchor distT="0" distB="0" distL="114300" distR="114300" simplePos="0" relativeHeight="251658240" behindDoc="1" locked="0" layoutInCell="1" allowOverlap="1" wp14:anchorId="0560BC4C" wp14:editId="2FFDE690">
            <wp:simplePos x="0" y="0"/>
            <wp:positionH relativeFrom="column">
              <wp:posOffset>5775182</wp:posOffset>
            </wp:positionH>
            <wp:positionV relativeFrom="paragraph">
              <wp:posOffset>130811</wp:posOffset>
            </wp:positionV>
            <wp:extent cx="3262138" cy="4857750"/>
            <wp:effectExtent l="0" t="0" r="0" b="0"/>
            <wp:wrapNone/>
            <wp:docPr id="1512982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82336" name=""/>
                    <pic:cNvPicPr/>
                  </pic:nvPicPr>
                  <pic:blipFill>
                    <a:blip r:embed="rId11"/>
                    <a:stretch>
                      <a:fillRect/>
                    </a:stretch>
                  </pic:blipFill>
                  <pic:spPr>
                    <a:xfrm>
                      <a:off x="0" y="0"/>
                      <a:ext cx="3264963" cy="4861957"/>
                    </a:xfrm>
                    <a:prstGeom prst="rect">
                      <a:avLst/>
                    </a:prstGeom>
                  </pic:spPr>
                </pic:pic>
              </a:graphicData>
            </a:graphic>
            <wp14:sizeRelH relativeFrom="margin">
              <wp14:pctWidth>0</wp14:pctWidth>
            </wp14:sizeRelH>
            <wp14:sizeRelV relativeFrom="margin">
              <wp14:pctHeight>0</wp14:pctHeight>
            </wp14:sizeRelV>
          </wp:anchor>
        </w:drawing>
      </w:r>
      <w:r>
        <w:rPr>
          <w:b/>
          <w:sz w:val="36"/>
        </w:rPr>
        <w:t>Two Fun Examples (that we will skip for time)</w:t>
      </w:r>
    </w:p>
    <w:p w14:paraId="4EC94235" w14:textId="77777777" w:rsidR="00A630EF" w:rsidRDefault="00C12DCE">
      <w:pPr>
        <w:spacing w:after="160" w:line="240" w:lineRule="auto"/>
      </w:pPr>
      <w:r w:rsidRPr="00BA70BE">
        <w:rPr>
          <w:iCs/>
          <w:sz w:val="32"/>
          <w:szCs w:val="40"/>
        </w:rPr>
        <w:t xml:space="preserve">We throw a ball from the origin with an initial velocity parallel to the </w:t>
      </w:r>
      <w:proofErr w:type="spellStart"/>
      <w:r w:rsidRPr="00BA70BE">
        <w:rPr>
          <w:iCs/>
          <w:sz w:val="32"/>
          <w:szCs w:val="40"/>
        </w:rPr>
        <w:t>yz</w:t>
      </w:r>
      <w:proofErr w:type="spellEnd"/>
      <w:r w:rsidRPr="00BA70BE">
        <w:rPr>
          <w:iCs/>
          <w:sz w:val="32"/>
          <w:szCs w:val="40"/>
        </w:rPr>
        <w:t>-plane.</w:t>
      </w:r>
      <w:r>
        <w:rPr>
          <w:iCs/>
          <w:sz w:val="32"/>
          <w:szCs w:val="40"/>
        </w:rPr>
        <w:t xml:space="preserve"> </w:t>
      </w:r>
      <w:r w:rsidRPr="00BA70BE">
        <w:rPr>
          <w:iCs/>
          <w:sz w:val="32"/>
          <w:szCs w:val="40"/>
        </w:rPr>
        <w:t>There are two forces, a force due to gravity and a force due to wind given by</w:t>
      </w:r>
    </w:p>
    <w:p w14:paraId="19FDBD74" w14:textId="23EA9D48" w:rsidR="00A630EF" w:rsidRDefault="00FF1128">
      <w:pPr>
        <w:spacing w:after="160" w:line="240" w:lineRule="auto"/>
      </w:pPr>
      <m:oMathPara>
        <m:oMath>
          <m:sSub>
            <m:sSubPr>
              <m:ctrlPr>
                <w:rPr>
                  <w:rFonts w:ascii="Cambria Math" w:hAnsi="Cambria Math"/>
                  <w:i/>
                </w:rPr>
              </m:ctrlPr>
            </m:sSubPr>
            <m:e>
              <m:r>
                <m:rPr>
                  <m:sty m:val="bi"/>
                </m:rPr>
                <w:rPr>
                  <w:rFonts w:ascii="Cambria Math" w:hAnsi="Cambria Math"/>
                </w:rPr>
                <m:t>F</m:t>
              </m:r>
            </m:e>
            <m:sub>
              <m:r>
                <w:rPr>
                  <w:rFonts w:ascii="Cambria Math" w:hAnsi="Cambria Math"/>
                </w:rPr>
                <m:t>g</m:t>
              </m:r>
            </m:sub>
          </m:sSub>
          <m:r>
            <w:rPr>
              <w:rFonts w:ascii="Cambria Math" w:hAnsi="Cambria Math"/>
            </w:rPr>
            <m:t xml:space="preserve"> = ⟨0, 0, -mg⟩</m:t>
          </m:r>
        </m:oMath>
      </m:oMathPara>
    </w:p>
    <w:p w14:paraId="3659C895" w14:textId="56A22438" w:rsidR="00A630EF" w:rsidRDefault="00FF1128">
      <w:pPr>
        <w:spacing w:after="160" w:line="240" w:lineRule="auto"/>
      </w:pPr>
      <m:oMathPara>
        <m:oMath>
          <m:sSub>
            <m:sSubPr>
              <m:ctrlPr>
                <w:rPr>
                  <w:rFonts w:ascii="Cambria Math" w:hAnsi="Cambria Math"/>
                  <w:i/>
                </w:rPr>
              </m:ctrlPr>
            </m:sSubPr>
            <m:e>
              <m:r>
                <m:rPr>
                  <m:sty m:val="bi"/>
                </m:rPr>
                <w:rPr>
                  <w:rFonts w:ascii="Cambria Math" w:hAnsi="Cambria Math"/>
                </w:rPr>
                <m:t>F</m:t>
              </m:r>
            </m:e>
            <m:sub>
              <m:r>
                <w:rPr>
                  <w:rFonts w:ascii="Cambria Math" w:hAnsi="Cambria Math"/>
                </w:rPr>
                <m:t>w</m:t>
              </m:r>
            </m:sub>
          </m:sSub>
          <m:r>
            <w:rPr>
              <w:rFonts w:ascii="Cambria Math" w:hAnsi="Cambria Math"/>
            </w:rPr>
            <m:t xml:space="preserve"> = ⟨mw, 0, 0⟩</m:t>
          </m:r>
        </m:oMath>
      </m:oMathPara>
    </w:p>
    <w:p w14:paraId="2D70D3DF" w14:textId="6804E3EB" w:rsidR="00A630EF" w:rsidRDefault="00C12DCE" w:rsidP="00FF1128">
      <w:pPr>
        <w:spacing w:after="160" w:line="240" w:lineRule="auto"/>
        <w:ind w:left="1440" w:firstLine="720"/>
      </w:pPr>
      <w:r>
        <w:rPr>
          <w:sz w:val="20"/>
        </w:rPr>
        <w:t xml:space="preserve">Visual: </w:t>
      </w:r>
      <w:hyperlink r:id="rId12" w:history="1">
        <w:r w:rsidR="00884770">
          <w:rPr>
            <w:rStyle w:val="Hyperlink"/>
            <w:sz w:val="20"/>
          </w:rPr>
          <w:t>https://desmos.com/3d/875cbc9d5a</w:t>
        </w:r>
      </w:hyperlink>
    </w:p>
    <w:p w14:paraId="70B1AE16" w14:textId="77777777" w:rsidR="00FF1128" w:rsidRDefault="00C12DCE">
      <w:pPr>
        <w:spacing w:after="160" w:line="240" w:lineRule="auto"/>
      </w:pPr>
      <w:r>
        <w:br w:type="column"/>
      </w:r>
    </w:p>
    <w:p w14:paraId="55879230" w14:textId="77777777" w:rsidR="00FF1128" w:rsidRDefault="00FF1128">
      <w:pPr>
        <w:spacing w:after="160" w:line="240" w:lineRule="auto"/>
      </w:pPr>
    </w:p>
    <w:p w14:paraId="1782135D" w14:textId="775C3707" w:rsidR="00FF1128" w:rsidRDefault="00FF1128">
      <w:pPr>
        <w:spacing w:after="160" w:line="240" w:lineRule="auto"/>
      </w:pPr>
    </w:p>
    <w:p w14:paraId="1479A2DB" w14:textId="062B9800" w:rsidR="00FF1128" w:rsidRDefault="00FF1128">
      <w:pPr>
        <w:spacing w:after="160" w:line="240" w:lineRule="auto"/>
      </w:pPr>
    </w:p>
    <w:p w14:paraId="7CE8117C" w14:textId="77777777" w:rsidR="00FF1128" w:rsidRDefault="00FF1128">
      <w:pPr>
        <w:spacing w:after="160" w:line="240" w:lineRule="auto"/>
      </w:pPr>
    </w:p>
    <w:p w14:paraId="3D7B0B76" w14:textId="77777777" w:rsidR="00FF1128" w:rsidRDefault="00FF1128">
      <w:pPr>
        <w:spacing w:after="160" w:line="240" w:lineRule="auto"/>
      </w:pPr>
    </w:p>
    <w:p w14:paraId="4CFC5584" w14:textId="77777777" w:rsidR="00FF1128" w:rsidRDefault="00FF1128">
      <w:pPr>
        <w:spacing w:after="160" w:line="240" w:lineRule="auto"/>
      </w:pPr>
    </w:p>
    <w:p w14:paraId="74CE82CC" w14:textId="77777777" w:rsidR="00FF1128" w:rsidRDefault="00FF1128">
      <w:pPr>
        <w:spacing w:after="160" w:line="240" w:lineRule="auto"/>
      </w:pPr>
    </w:p>
    <w:p w14:paraId="1880CFCD" w14:textId="77777777" w:rsidR="00FF1128" w:rsidRDefault="00FF1128">
      <w:pPr>
        <w:spacing w:after="160" w:line="240" w:lineRule="auto"/>
      </w:pPr>
    </w:p>
    <w:p w14:paraId="32308910" w14:textId="77777777" w:rsidR="00FF1128" w:rsidRDefault="00FF1128">
      <w:pPr>
        <w:spacing w:after="160" w:line="240" w:lineRule="auto"/>
      </w:pPr>
    </w:p>
    <w:p w14:paraId="26B1F332" w14:textId="77777777" w:rsidR="00FF1128" w:rsidRDefault="00FF1128">
      <w:pPr>
        <w:spacing w:after="160" w:line="240" w:lineRule="auto"/>
      </w:pPr>
    </w:p>
    <w:p w14:paraId="03CB301F" w14:textId="77777777" w:rsidR="00FF1128" w:rsidRDefault="00FF1128">
      <w:pPr>
        <w:spacing w:after="160" w:line="240" w:lineRule="auto"/>
      </w:pPr>
    </w:p>
    <w:p w14:paraId="4D9C0D91" w14:textId="77777777" w:rsidR="00FF1128" w:rsidRDefault="00FF1128">
      <w:pPr>
        <w:spacing w:after="160" w:line="240" w:lineRule="auto"/>
      </w:pPr>
    </w:p>
    <w:p w14:paraId="74344B2D" w14:textId="77777777" w:rsidR="00FF1128" w:rsidRDefault="00FF1128">
      <w:pPr>
        <w:spacing w:after="160" w:line="240" w:lineRule="auto"/>
      </w:pPr>
    </w:p>
    <w:p w14:paraId="2E3D4CF8" w14:textId="77777777" w:rsidR="00FF1128" w:rsidRDefault="00FF1128">
      <w:pPr>
        <w:spacing w:after="160" w:line="240" w:lineRule="auto"/>
      </w:pPr>
    </w:p>
    <w:p w14:paraId="2A5E18C4" w14:textId="77777777" w:rsidR="00FF1128" w:rsidRDefault="00FF1128">
      <w:pPr>
        <w:spacing w:after="160" w:line="240" w:lineRule="auto"/>
      </w:pPr>
    </w:p>
    <w:p w14:paraId="616B708E" w14:textId="77777777" w:rsidR="00FF1128" w:rsidRDefault="00FF1128">
      <w:pPr>
        <w:spacing w:after="160" w:line="240" w:lineRule="auto"/>
      </w:pPr>
    </w:p>
    <w:p w14:paraId="3DB90FA8" w14:textId="76E8F0D1" w:rsidR="00A630EF" w:rsidRDefault="00C12DCE">
      <w:pPr>
        <w:spacing w:after="160" w:line="240" w:lineRule="auto"/>
      </w:pPr>
      <w:r>
        <w:rPr>
          <w:b/>
          <w:sz w:val="36"/>
        </w:rPr>
        <w:lastRenderedPageBreak/>
        <w:t>Projectile Motion in 3D and fireworks</w:t>
      </w:r>
    </w:p>
    <w:p w14:paraId="7F9A63C3" w14:textId="77777777" w:rsidR="00A630EF" w:rsidRDefault="00C12DCE">
      <w:pPr>
        <w:spacing w:after="160" w:line="240" w:lineRule="auto"/>
      </w:pPr>
      <w:r>
        <w:rPr>
          <w:sz w:val="32"/>
        </w:rPr>
        <w:t>If we assume an object is accelerating in 3D due to gravity only (no air resistance or other forces), then we can model the motion by integrating the second derivative vector ⟨0, 0, −g⟩.</w:t>
      </w:r>
    </w:p>
    <w:p w14:paraId="60F237D5" w14:textId="5B13EC77" w:rsidR="00A630EF" w:rsidRDefault="00FF1128">
      <w:pPr>
        <w:spacing w:after="160" w:line="240" w:lineRule="auto"/>
      </w:pPr>
      <m:oMathPara>
        <m:oMath>
          <m:r>
            <m:rPr>
              <m:sty m:val="bi"/>
            </m:rPr>
            <w:rPr>
              <w:rFonts w:ascii="Cambria Math" w:hAnsi="Cambria Math"/>
            </w:rPr>
            <m:t>r</m:t>
          </m:r>
          <m:r>
            <w:rPr>
              <w:rFonts w:ascii="Cambria Math" w:hAnsi="Cambria Math"/>
            </w:rPr>
            <m:t>(t) = r₀ + v₀t + ½⟨0, 0, -g⟩t²</m:t>
          </m:r>
        </m:oMath>
      </m:oMathPara>
    </w:p>
    <w:p w14:paraId="4754DA4B" w14:textId="77777777" w:rsidR="00A630EF" w:rsidRDefault="00C12DCE">
      <w:pPr>
        <w:spacing w:after="160" w:line="240" w:lineRule="auto"/>
      </w:pPr>
      <w:r>
        <w:rPr>
          <w:sz w:val="32"/>
        </w:rPr>
        <w:t xml:space="preserve">where </w:t>
      </w:r>
      <w:r w:rsidRPr="00FF1128">
        <w:rPr>
          <w:b/>
          <w:bCs/>
          <w:sz w:val="32"/>
        </w:rPr>
        <w:t>r</w:t>
      </w:r>
      <w:r>
        <w:rPr>
          <w:sz w:val="32"/>
        </w:rPr>
        <w:t xml:space="preserve">₀ is the initial position and </w:t>
      </w:r>
      <w:r w:rsidRPr="00FF1128">
        <w:rPr>
          <w:b/>
          <w:bCs/>
          <w:sz w:val="32"/>
        </w:rPr>
        <w:t>v</w:t>
      </w:r>
      <w:r>
        <w:rPr>
          <w:sz w:val="32"/>
        </w:rPr>
        <w:t>₀ is the initial velocity.</w:t>
      </w:r>
    </w:p>
    <w:p w14:paraId="1D474903" w14:textId="700FDBE7" w:rsidR="00A630EF" w:rsidRDefault="00FF1128">
      <w:pPr>
        <w:spacing w:after="160" w:line="240" w:lineRule="auto"/>
      </w:pPr>
      <m:oMathPara>
        <m:oMath>
          <m:r>
            <m:rPr>
              <m:sty m:val="bi"/>
            </m:rPr>
            <w:rPr>
              <w:rFonts w:ascii="Cambria Math" w:hAnsi="Cambria Math"/>
            </w:rPr>
            <m:t>v</m:t>
          </m:r>
          <m:r>
            <w:rPr>
              <w:rFonts w:ascii="Cambria Math" w:hAnsi="Cambria Math"/>
            </w:rPr>
            <m:t>₀ = ⟨v₁, v₂, v₃⟩</m:t>
          </m:r>
        </m:oMath>
      </m:oMathPara>
    </w:p>
    <w:p w14:paraId="52C8C2CB" w14:textId="77777777" w:rsidR="00A630EF" w:rsidRDefault="00C12DCE">
      <w:pPr>
        <w:spacing w:after="160" w:line="240" w:lineRule="auto"/>
      </w:pPr>
      <m:oMathPara>
        <m:oMath>
          <m:r>
            <w:rPr>
              <w:rFonts w:ascii="Cambria Math" w:hAnsi="Cambria Math"/>
            </w:rPr>
            <m:t>x(t) = x₀ + v₁t</m:t>
          </m:r>
        </m:oMath>
      </m:oMathPara>
    </w:p>
    <w:p w14:paraId="7AE5C341" w14:textId="77777777" w:rsidR="00A630EF" w:rsidRDefault="00C12DCE">
      <w:pPr>
        <w:spacing w:after="160" w:line="240" w:lineRule="auto"/>
      </w:pPr>
      <m:oMathPara>
        <m:oMath>
          <m:r>
            <w:rPr>
              <w:rFonts w:ascii="Cambria Math" w:hAnsi="Cambria Math"/>
            </w:rPr>
            <m:t>y(t) = y₀ + v₂t</m:t>
          </m:r>
        </m:oMath>
      </m:oMathPara>
    </w:p>
    <w:p w14:paraId="5B8088D3" w14:textId="77777777" w:rsidR="00A630EF" w:rsidRDefault="00C12DCE">
      <w:pPr>
        <w:spacing w:after="160" w:line="240" w:lineRule="auto"/>
      </w:pPr>
      <m:oMathPara>
        <m:oMath>
          <m:r>
            <w:rPr>
              <w:rFonts w:ascii="Cambria Math" w:hAnsi="Cambria Math"/>
            </w:rPr>
            <m:t>z(t) = z₀ + v₃t - ½gt²</m:t>
          </m:r>
        </m:oMath>
      </m:oMathPara>
    </w:p>
    <w:p w14:paraId="6D0DFC5D" w14:textId="01592559" w:rsidR="00A630EF" w:rsidRDefault="00C12DCE" w:rsidP="00FF1128">
      <w:pPr>
        <w:spacing w:after="160" w:line="240" w:lineRule="auto"/>
        <w:rPr>
          <w:sz w:val="20"/>
        </w:rPr>
      </w:pPr>
      <w:r>
        <w:rPr>
          <w:sz w:val="20"/>
        </w:rPr>
        <w:t>Visual:</w:t>
      </w:r>
      <w:r w:rsidR="00884770">
        <w:rPr>
          <w:sz w:val="20"/>
        </w:rPr>
        <w:t xml:space="preserve"> </w:t>
      </w:r>
      <w:hyperlink r:id="rId13" w:history="1">
        <w:r w:rsidR="00884770" w:rsidRPr="002F3B25">
          <w:rPr>
            <w:rStyle w:val="Hyperlink"/>
            <w:sz w:val="20"/>
          </w:rPr>
          <w:t>https://www.desmos.com/3d/qkrqow2wuu</w:t>
        </w:r>
      </w:hyperlink>
    </w:p>
    <w:p w14:paraId="6A73663A" w14:textId="77777777" w:rsidR="00FF1128" w:rsidRDefault="00FF1128">
      <w:pPr>
        <w:spacing w:after="160" w:line="240" w:lineRule="auto"/>
        <w:rPr>
          <w:sz w:val="20"/>
        </w:rPr>
      </w:pPr>
    </w:p>
    <w:p w14:paraId="09B7C2A9" w14:textId="77777777" w:rsidR="00FF1128" w:rsidRDefault="00FF1128">
      <w:pPr>
        <w:spacing w:after="160" w:line="240" w:lineRule="auto"/>
        <w:rPr>
          <w:sz w:val="20"/>
        </w:rPr>
      </w:pPr>
    </w:p>
    <w:p w14:paraId="24E28E04" w14:textId="77777777" w:rsidR="00FF1128" w:rsidRDefault="00FF1128">
      <w:pPr>
        <w:spacing w:after="160" w:line="240" w:lineRule="auto"/>
        <w:rPr>
          <w:sz w:val="20"/>
        </w:rPr>
      </w:pPr>
    </w:p>
    <w:p w14:paraId="1537FCCA" w14:textId="77777777" w:rsidR="00FF1128" w:rsidRDefault="00FF1128">
      <w:pPr>
        <w:spacing w:after="160" w:line="240" w:lineRule="auto"/>
        <w:rPr>
          <w:sz w:val="20"/>
        </w:rPr>
      </w:pPr>
    </w:p>
    <w:p w14:paraId="5C3901FD" w14:textId="77777777" w:rsidR="00FF1128" w:rsidRDefault="00FF1128">
      <w:pPr>
        <w:spacing w:after="160" w:line="240" w:lineRule="auto"/>
        <w:rPr>
          <w:sz w:val="20"/>
        </w:rPr>
      </w:pPr>
    </w:p>
    <w:p w14:paraId="46BA0D01" w14:textId="77777777" w:rsidR="00FF1128" w:rsidRDefault="00FF1128">
      <w:pPr>
        <w:spacing w:after="160" w:line="240" w:lineRule="auto"/>
        <w:rPr>
          <w:sz w:val="20"/>
        </w:rPr>
      </w:pPr>
    </w:p>
    <w:p w14:paraId="7210A1DB" w14:textId="77777777" w:rsidR="00FF1128" w:rsidRDefault="00FF1128">
      <w:pPr>
        <w:spacing w:after="160" w:line="240" w:lineRule="auto"/>
        <w:rPr>
          <w:sz w:val="20"/>
        </w:rPr>
      </w:pPr>
    </w:p>
    <w:p w14:paraId="3A030025" w14:textId="77777777" w:rsidR="00FF1128" w:rsidRDefault="00FF1128">
      <w:pPr>
        <w:spacing w:after="160" w:line="240" w:lineRule="auto"/>
        <w:rPr>
          <w:sz w:val="20"/>
        </w:rPr>
      </w:pPr>
    </w:p>
    <w:p w14:paraId="6B902CD3" w14:textId="77777777" w:rsidR="00FF1128" w:rsidRDefault="00FF1128">
      <w:pPr>
        <w:spacing w:after="160" w:line="240" w:lineRule="auto"/>
        <w:rPr>
          <w:sz w:val="20"/>
        </w:rPr>
      </w:pPr>
    </w:p>
    <w:p w14:paraId="5166223D" w14:textId="77777777" w:rsidR="00FF1128" w:rsidRDefault="00FF1128">
      <w:pPr>
        <w:spacing w:after="160" w:line="240" w:lineRule="auto"/>
        <w:rPr>
          <w:sz w:val="20"/>
        </w:rPr>
      </w:pPr>
    </w:p>
    <w:p w14:paraId="63876F7D" w14:textId="77777777" w:rsidR="00FF1128" w:rsidRDefault="00FF1128">
      <w:pPr>
        <w:spacing w:after="160" w:line="240" w:lineRule="auto"/>
        <w:rPr>
          <w:sz w:val="20"/>
        </w:rPr>
      </w:pPr>
    </w:p>
    <w:p w14:paraId="1DB0DA7A" w14:textId="1A4B2C33" w:rsidR="00FF1128" w:rsidRDefault="00884770">
      <w:pPr>
        <w:spacing w:after="160" w:line="240" w:lineRule="auto"/>
        <w:rPr>
          <w:sz w:val="20"/>
        </w:rPr>
      </w:pPr>
      <w:r w:rsidRPr="00884770">
        <w:rPr>
          <w:sz w:val="20"/>
        </w:rPr>
        <w:drawing>
          <wp:inline distT="0" distB="0" distL="0" distR="0" wp14:anchorId="50EB6A8E" wp14:editId="6F63D47E">
            <wp:extent cx="4516120" cy="2510790"/>
            <wp:effectExtent l="0" t="0" r="0" b="3810"/>
            <wp:docPr id="264547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47202" name=""/>
                    <pic:cNvPicPr/>
                  </pic:nvPicPr>
                  <pic:blipFill>
                    <a:blip r:embed="rId14"/>
                    <a:stretch>
                      <a:fillRect/>
                    </a:stretch>
                  </pic:blipFill>
                  <pic:spPr>
                    <a:xfrm>
                      <a:off x="0" y="0"/>
                      <a:ext cx="4516120" cy="2510790"/>
                    </a:xfrm>
                    <a:prstGeom prst="rect">
                      <a:avLst/>
                    </a:prstGeom>
                  </pic:spPr>
                </pic:pic>
              </a:graphicData>
            </a:graphic>
          </wp:inline>
        </w:drawing>
      </w:r>
    </w:p>
    <w:p w14:paraId="19DFAA38" w14:textId="77777777" w:rsidR="00FF1128" w:rsidRDefault="00FF1128">
      <w:pPr>
        <w:spacing w:after="160" w:line="240" w:lineRule="auto"/>
        <w:rPr>
          <w:sz w:val="20"/>
        </w:rPr>
      </w:pPr>
    </w:p>
    <w:p w14:paraId="5A49FFDD" w14:textId="77777777" w:rsidR="00FF1128" w:rsidRDefault="00FF1128">
      <w:pPr>
        <w:spacing w:after="160" w:line="240" w:lineRule="auto"/>
        <w:rPr>
          <w:sz w:val="20"/>
        </w:rPr>
      </w:pPr>
    </w:p>
    <w:p w14:paraId="18325B49" w14:textId="77777777" w:rsidR="00FF1128" w:rsidRDefault="00FF1128">
      <w:pPr>
        <w:spacing w:after="160" w:line="240" w:lineRule="auto"/>
        <w:rPr>
          <w:sz w:val="20"/>
        </w:rPr>
      </w:pPr>
    </w:p>
    <w:p w14:paraId="08490014" w14:textId="77777777" w:rsidR="00FF1128" w:rsidRDefault="00FF1128">
      <w:pPr>
        <w:spacing w:after="160" w:line="240" w:lineRule="auto"/>
        <w:rPr>
          <w:sz w:val="20"/>
        </w:rPr>
      </w:pPr>
    </w:p>
    <w:p w14:paraId="29B11F2C" w14:textId="77777777" w:rsidR="00FF1128" w:rsidRDefault="00FF1128">
      <w:pPr>
        <w:spacing w:after="160" w:line="240" w:lineRule="auto"/>
        <w:rPr>
          <w:sz w:val="20"/>
        </w:rPr>
      </w:pPr>
    </w:p>
    <w:p w14:paraId="7330A8C1" w14:textId="77777777" w:rsidR="00FF1128" w:rsidRDefault="00FF1128">
      <w:pPr>
        <w:spacing w:after="160" w:line="240" w:lineRule="auto"/>
        <w:rPr>
          <w:sz w:val="20"/>
        </w:rPr>
      </w:pPr>
    </w:p>
    <w:p w14:paraId="675E1BC2" w14:textId="77777777" w:rsidR="00FF1128" w:rsidRDefault="00FF1128">
      <w:pPr>
        <w:spacing w:after="160" w:line="240" w:lineRule="auto"/>
        <w:rPr>
          <w:sz w:val="20"/>
        </w:rPr>
      </w:pPr>
    </w:p>
    <w:p w14:paraId="7C026F04" w14:textId="77777777" w:rsidR="00FF1128" w:rsidRDefault="00FF1128">
      <w:pPr>
        <w:spacing w:after="160" w:line="240" w:lineRule="auto"/>
        <w:rPr>
          <w:sz w:val="20"/>
        </w:rPr>
      </w:pPr>
    </w:p>
    <w:p w14:paraId="6BA93D3B" w14:textId="77777777" w:rsidR="00FF1128" w:rsidRDefault="00FF1128">
      <w:pPr>
        <w:spacing w:after="160" w:line="240" w:lineRule="auto"/>
        <w:rPr>
          <w:sz w:val="20"/>
        </w:rPr>
      </w:pPr>
    </w:p>
    <w:p w14:paraId="2B0274E5" w14:textId="77777777" w:rsidR="00FF1128" w:rsidRDefault="00FF1128">
      <w:pPr>
        <w:spacing w:after="160" w:line="240" w:lineRule="auto"/>
        <w:rPr>
          <w:sz w:val="20"/>
        </w:rPr>
      </w:pPr>
    </w:p>
    <w:p w14:paraId="194C784D" w14:textId="77777777" w:rsidR="00FF1128" w:rsidRDefault="00FF1128">
      <w:pPr>
        <w:spacing w:after="160" w:line="240" w:lineRule="auto"/>
        <w:rPr>
          <w:sz w:val="20"/>
        </w:rPr>
      </w:pPr>
    </w:p>
    <w:p w14:paraId="6690C374" w14:textId="77777777" w:rsidR="00FF1128" w:rsidRDefault="00FF1128">
      <w:pPr>
        <w:spacing w:after="160" w:line="240" w:lineRule="auto"/>
        <w:rPr>
          <w:sz w:val="20"/>
        </w:rPr>
      </w:pPr>
    </w:p>
    <w:p w14:paraId="5B7DE014" w14:textId="77777777" w:rsidR="00FF1128" w:rsidRDefault="00FF1128">
      <w:pPr>
        <w:spacing w:after="160" w:line="240" w:lineRule="auto"/>
        <w:rPr>
          <w:sz w:val="20"/>
        </w:rPr>
      </w:pPr>
    </w:p>
    <w:p w14:paraId="33033B85" w14:textId="77777777" w:rsidR="00FF1128" w:rsidRDefault="00FF1128">
      <w:pPr>
        <w:spacing w:after="160" w:line="240" w:lineRule="auto"/>
        <w:rPr>
          <w:sz w:val="20"/>
        </w:rPr>
      </w:pPr>
    </w:p>
    <w:p w14:paraId="44EF974E" w14:textId="77777777" w:rsidR="00FF1128" w:rsidRDefault="00FF1128">
      <w:pPr>
        <w:spacing w:after="160" w:line="240" w:lineRule="auto"/>
        <w:rPr>
          <w:sz w:val="20"/>
        </w:rPr>
      </w:pPr>
    </w:p>
    <w:p w14:paraId="40E1BA3D" w14:textId="77777777" w:rsidR="00FF1128" w:rsidRDefault="00FF1128">
      <w:pPr>
        <w:spacing w:after="160" w:line="240" w:lineRule="auto"/>
        <w:rPr>
          <w:sz w:val="20"/>
        </w:rPr>
      </w:pPr>
    </w:p>
    <w:p w14:paraId="298EB891" w14:textId="77777777" w:rsidR="00FF1128" w:rsidRDefault="00FF1128" w:rsidP="00FF1128">
      <w:pPr>
        <w:spacing w:after="160" w:line="240" w:lineRule="auto"/>
        <w:rPr>
          <w:b/>
          <w:sz w:val="36"/>
        </w:rPr>
      </w:pPr>
      <w:r>
        <w:rPr>
          <w:b/>
          <w:sz w:val="36"/>
        </w:rPr>
        <w:lastRenderedPageBreak/>
        <w:t>Deriv</w:t>
      </w:r>
      <w:r>
        <w:rPr>
          <w:b/>
          <w:sz w:val="36"/>
        </w:rPr>
        <w:t>ation</w:t>
      </w:r>
      <w:r>
        <w:rPr>
          <w:b/>
          <w:sz w:val="36"/>
        </w:rPr>
        <w:t xml:space="preserve"> </w:t>
      </w:r>
      <w:r>
        <w:rPr>
          <w:b/>
          <w:sz w:val="36"/>
        </w:rPr>
        <w:t xml:space="preserve">of </w:t>
      </w:r>
      <w:proofErr w:type="spellStart"/>
      <w:r>
        <w:rPr>
          <w:b/>
          <w:sz w:val="36"/>
        </w:rPr>
        <w:t>a</w:t>
      </w:r>
      <w:r>
        <w:rPr>
          <w:b/>
          <w:sz w:val="36"/>
          <w:vertAlign w:val="subscript"/>
        </w:rPr>
        <w:t>T</w:t>
      </w:r>
      <w:proofErr w:type="spellEnd"/>
      <w:r>
        <w:rPr>
          <w:b/>
          <w:sz w:val="36"/>
        </w:rPr>
        <w:t xml:space="preserve"> and </w:t>
      </w:r>
      <w:proofErr w:type="spellStart"/>
      <w:r>
        <w:rPr>
          <w:b/>
          <w:sz w:val="36"/>
        </w:rPr>
        <w:t>a</w:t>
      </w:r>
      <w:r>
        <w:rPr>
          <w:b/>
          <w:sz w:val="36"/>
          <w:vertAlign w:val="subscript"/>
        </w:rPr>
        <w:t>N</w:t>
      </w:r>
      <w:proofErr w:type="spellEnd"/>
      <w:r>
        <w:rPr>
          <w:b/>
          <w:sz w:val="36"/>
        </w:rPr>
        <w:t xml:space="preserve"> </w:t>
      </w:r>
      <w:r>
        <w:rPr>
          <w:b/>
          <w:sz w:val="36"/>
        </w:rPr>
        <w:t xml:space="preserve">interpretations </w:t>
      </w:r>
    </w:p>
    <w:p w14:paraId="455EC1E6" w14:textId="5009F87D" w:rsidR="00FF1128" w:rsidRDefault="00FF1128" w:rsidP="00FF1128">
      <w:pPr>
        <w:spacing w:after="160" w:line="240" w:lineRule="auto"/>
      </w:pPr>
      <w:r w:rsidRPr="00FF1128">
        <w:rPr>
          <w:bCs/>
          <w:i/>
          <w:iCs/>
          <w:sz w:val="36"/>
        </w:rPr>
        <w:t>(you can skip this)</w:t>
      </w:r>
    </w:p>
    <w:p w14:paraId="5F416AB8" w14:textId="77777777" w:rsidR="00FF1128" w:rsidRDefault="00FF1128" w:rsidP="00FF1128">
      <w:pPr>
        <w:spacing w:after="160" w:line="240" w:lineRule="auto"/>
      </w:pPr>
      <w:r w:rsidRPr="00954C57">
        <w:rPr>
          <w:sz w:val="32"/>
          <w:szCs w:val="36"/>
        </w:rPr>
        <w:t xml:space="preserve">Note visually that you can see: </w:t>
      </w:r>
    </w:p>
    <w:p w14:paraId="6BA810B3" w14:textId="77777777" w:rsidR="00FF1128" w:rsidRDefault="00FF1128" w:rsidP="00FF1128">
      <w:pPr>
        <w:spacing w:after="160" w:line="240" w:lineRule="auto"/>
      </w:pPr>
      <m:oMathPara>
        <m:oMath>
          <m:r>
            <m:rPr>
              <m:sty m:val="bi"/>
            </m:rPr>
            <w:rPr>
              <w:rFonts w:ascii="Cambria Math" w:hAnsi="Cambria Math"/>
              <w:sz w:val="36"/>
              <w:szCs w:val="36"/>
            </w:rPr>
            <m:t>a</m:t>
          </m:r>
          <m:r>
            <w:rPr>
              <w:rFonts w:ascii="Cambria Math" w:hAnsi="Cambria Math"/>
              <w:sz w:val="36"/>
              <w:szCs w:val="36"/>
            </w:rPr>
            <m:t>=</m:t>
          </m:r>
          <m:sSub>
            <m:sSubPr>
              <m:ctrlPr>
                <w:rPr>
                  <w:rFonts w:ascii="Cambria Math" w:hAnsi="Cambria Math"/>
                  <w:i/>
                  <w:sz w:val="36"/>
                  <w:szCs w:val="36"/>
                </w:rPr>
              </m:ctrlPr>
            </m:sSubPr>
            <m:e>
              <m:r>
                <w:rPr>
                  <w:rFonts w:ascii="Cambria Math" w:hAnsi="Cambria Math"/>
                  <w:sz w:val="36"/>
                  <w:szCs w:val="36"/>
                </w:rPr>
                <m:t>a</m:t>
              </m:r>
            </m:e>
            <m:sub>
              <m:r>
                <w:rPr>
                  <w:rFonts w:ascii="Cambria Math" w:hAnsi="Cambria Math"/>
                  <w:sz w:val="36"/>
                  <w:szCs w:val="36"/>
                </w:rPr>
                <m:t>T</m:t>
              </m:r>
            </m:sub>
          </m:sSub>
          <m:r>
            <m:rPr>
              <m:sty m:val="bi"/>
            </m:rPr>
            <w:rPr>
              <w:rFonts w:ascii="Cambria Math" w:hAnsi="Cambria Math"/>
              <w:sz w:val="36"/>
              <w:szCs w:val="36"/>
            </w:rPr>
            <m:t>T</m:t>
          </m:r>
          <m:r>
            <w:rPr>
              <w:rFonts w:ascii="Cambria Math" w:hAnsi="Cambria Math"/>
              <w:sz w:val="36"/>
              <w:szCs w:val="36"/>
            </w:rPr>
            <m:t>+</m:t>
          </m:r>
          <m:sSub>
            <m:sSubPr>
              <m:ctrlPr>
                <w:rPr>
                  <w:rFonts w:ascii="Cambria Math" w:hAnsi="Cambria Math"/>
                  <w:i/>
                  <w:sz w:val="36"/>
                  <w:szCs w:val="36"/>
                </w:rPr>
              </m:ctrlPr>
            </m:sSubPr>
            <m:e>
              <m:r>
                <w:rPr>
                  <w:rFonts w:ascii="Cambria Math" w:hAnsi="Cambria Math"/>
                  <w:sz w:val="36"/>
                  <w:szCs w:val="36"/>
                </w:rPr>
                <m:t>a</m:t>
              </m:r>
            </m:e>
            <m:sub>
              <m:r>
                <w:rPr>
                  <w:rFonts w:ascii="Cambria Math" w:hAnsi="Cambria Math"/>
                  <w:sz w:val="36"/>
                  <w:szCs w:val="36"/>
                </w:rPr>
                <m:t>N</m:t>
              </m:r>
            </m:sub>
          </m:sSub>
          <m:r>
            <m:rPr>
              <m:sty m:val="bi"/>
            </m:rPr>
            <w:rPr>
              <w:rFonts w:ascii="Cambria Math" w:hAnsi="Cambria Math"/>
              <w:sz w:val="36"/>
              <w:szCs w:val="36"/>
            </w:rPr>
            <m:t>N</m:t>
          </m:r>
        </m:oMath>
      </m:oMathPara>
    </w:p>
    <w:p w14:paraId="29958689" w14:textId="77777777" w:rsidR="00FF1128" w:rsidRDefault="00FF1128" w:rsidP="00FF1128">
      <w:pPr>
        <w:spacing w:after="160" w:line="240" w:lineRule="auto"/>
      </w:pPr>
      <w:r w:rsidRPr="00954C57">
        <w:rPr>
          <w:sz w:val="32"/>
          <w:szCs w:val="36"/>
        </w:rPr>
        <w:t xml:space="preserve">We are trying to find the numbers in front of </w:t>
      </w:r>
      <w:r w:rsidRPr="00954C57">
        <w:rPr>
          <w:b/>
          <w:sz w:val="32"/>
          <w:szCs w:val="36"/>
        </w:rPr>
        <w:t>T</w:t>
      </w:r>
      <w:r w:rsidRPr="00954C57">
        <w:rPr>
          <w:sz w:val="32"/>
          <w:szCs w:val="36"/>
        </w:rPr>
        <w:t xml:space="preserve"> and </w:t>
      </w:r>
      <w:r w:rsidRPr="00954C57">
        <w:rPr>
          <w:b/>
          <w:sz w:val="32"/>
          <w:szCs w:val="36"/>
        </w:rPr>
        <w:t>N.</w:t>
      </w:r>
    </w:p>
    <w:p w14:paraId="6856F1A3" w14:textId="77777777" w:rsidR="00FF1128" w:rsidRDefault="00FF1128" w:rsidP="00FF1128">
      <w:pPr>
        <w:spacing w:after="160" w:line="240" w:lineRule="auto"/>
      </w:pPr>
      <w:r w:rsidRPr="00954C57">
        <w:rPr>
          <w:sz w:val="32"/>
          <w:szCs w:val="36"/>
        </w:rPr>
        <w:t xml:space="preserve">Let </w:t>
      </w:r>
      <m:oMath>
        <m:r>
          <w:rPr>
            <w:rFonts w:ascii="Cambria Math" w:hAnsi="Cambria Math"/>
            <w:sz w:val="36"/>
            <w:szCs w:val="36"/>
          </w:rPr>
          <m:t>ν</m:t>
        </m:r>
        <m:d>
          <m:dPr>
            <m:ctrlPr>
              <w:rPr>
                <w:rFonts w:ascii="Cambria Math" w:hAnsi="Cambria Math"/>
                <w:i/>
                <w:sz w:val="36"/>
                <w:szCs w:val="36"/>
              </w:rPr>
            </m:ctrlPr>
          </m:dPr>
          <m:e>
            <m:r>
              <w:rPr>
                <w:rFonts w:ascii="Cambria Math" w:hAnsi="Cambria Math"/>
                <w:sz w:val="36"/>
                <w:szCs w:val="36"/>
              </w:rPr>
              <m:t>t</m:t>
            </m:r>
          </m:e>
        </m:d>
        <m:r>
          <w:rPr>
            <w:rFonts w:ascii="Cambria Math" w:hAnsi="Cambria Math"/>
            <w:sz w:val="36"/>
            <w:szCs w:val="36"/>
          </w:rPr>
          <m:t>=|</m:t>
        </m:r>
        <m:acc>
          <m:accPr>
            <m:chr m:val="⃑"/>
            <m:ctrlPr>
              <w:rPr>
                <w:rFonts w:ascii="Cambria Math" w:hAnsi="Cambria Math"/>
                <w:i/>
                <w:sz w:val="36"/>
                <w:szCs w:val="36"/>
              </w:rPr>
            </m:ctrlPr>
          </m:accPr>
          <m:e>
            <m:r>
              <m:rPr>
                <m:sty m:val="bi"/>
              </m:rPr>
              <w:rPr>
                <w:rFonts w:ascii="Cambria Math" w:hAnsi="Cambria Math"/>
                <w:sz w:val="36"/>
                <w:szCs w:val="36"/>
              </w:rPr>
              <m:t>v</m:t>
            </m:r>
          </m:e>
        </m:acc>
        <m:d>
          <m:dPr>
            <m:ctrlPr>
              <w:rPr>
                <w:rFonts w:ascii="Cambria Math" w:hAnsi="Cambria Math"/>
                <w:i/>
                <w:sz w:val="36"/>
                <w:szCs w:val="36"/>
              </w:rPr>
            </m:ctrlPr>
          </m:dPr>
          <m:e>
            <m:r>
              <w:rPr>
                <w:rFonts w:ascii="Cambria Math" w:hAnsi="Cambria Math"/>
                <w:sz w:val="36"/>
                <w:szCs w:val="36"/>
              </w:rPr>
              <m:t>t</m:t>
            </m:r>
          </m:e>
        </m:d>
        <m:r>
          <w:rPr>
            <w:rFonts w:ascii="Cambria Math" w:hAnsi="Cambria Math"/>
            <w:sz w:val="36"/>
            <w:szCs w:val="36"/>
          </w:rPr>
          <m:t>|</m:t>
        </m:r>
      </m:oMath>
      <w:r w:rsidRPr="00954C57">
        <w:rPr>
          <w:sz w:val="32"/>
          <w:szCs w:val="36"/>
        </w:rPr>
        <w:t xml:space="preserve"> = speed.</w:t>
      </w:r>
    </w:p>
    <w:p w14:paraId="6A80D912" w14:textId="77777777" w:rsidR="00FF1128" w:rsidRDefault="00FF1128" w:rsidP="00FF1128">
      <w:pPr>
        <w:spacing w:after="160" w:line="240" w:lineRule="auto"/>
        <w:ind w:left="720"/>
      </w:pPr>
      <m:oMath>
        <m:acc>
          <m:accPr>
            <m:chr m:val="⃑"/>
            <m:ctrlPr>
              <w:rPr>
                <w:rFonts w:ascii="Cambria Math" w:hAnsi="Cambria Math"/>
                <w:b/>
                <w:i/>
                <w:sz w:val="36"/>
                <w:szCs w:val="36"/>
              </w:rPr>
            </m:ctrlPr>
          </m:accPr>
          <m:e>
            <m:r>
              <m:rPr>
                <m:sty m:val="bi"/>
              </m:rPr>
              <w:rPr>
                <w:rFonts w:ascii="Cambria Math" w:hAnsi="Cambria Math"/>
                <w:sz w:val="36"/>
                <w:szCs w:val="36"/>
              </w:rPr>
              <m:t>T</m:t>
            </m:r>
          </m:e>
        </m:acc>
        <m:d>
          <m:dPr>
            <m:ctrlPr>
              <w:rPr>
                <w:rFonts w:ascii="Cambria Math" w:hAnsi="Cambria Math"/>
                <w:i/>
                <w:sz w:val="36"/>
                <w:szCs w:val="36"/>
              </w:rPr>
            </m:ctrlPr>
          </m:dPr>
          <m:e>
            <m:r>
              <w:rPr>
                <w:rFonts w:ascii="Cambria Math" w:hAnsi="Cambria Math"/>
                <w:sz w:val="36"/>
                <w:szCs w:val="36"/>
              </w:rPr>
              <m:t>t</m:t>
            </m:r>
          </m:e>
        </m:d>
        <m:r>
          <w:rPr>
            <w:rFonts w:ascii="Cambria Math" w:hAnsi="Cambria Math"/>
            <w:sz w:val="36"/>
            <w:szCs w:val="36"/>
          </w:rPr>
          <m:t xml:space="preserve">= </m:t>
        </m:r>
        <m:f>
          <m:fPr>
            <m:ctrlPr>
              <w:rPr>
                <w:rFonts w:ascii="Cambria Math" w:hAnsi="Cambria Math"/>
                <w:i/>
                <w:sz w:val="36"/>
                <w:szCs w:val="36"/>
              </w:rPr>
            </m:ctrlPr>
          </m:fPr>
          <m:num>
            <m:acc>
              <m:accPr>
                <m:chr m:val="⃑"/>
                <m:ctrlPr>
                  <w:rPr>
                    <w:rFonts w:ascii="Cambria Math" w:hAnsi="Cambria Math"/>
                    <w:i/>
                    <w:sz w:val="36"/>
                    <w:szCs w:val="36"/>
                  </w:rPr>
                </m:ctrlPr>
              </m:accPr>
              <m:e>
                <m:r>
                  <m:rPr>
                    <m:sty m:val="bi"/>
                  </m:rPr>
                  <w:rPr>
                    <w:rFonts w:ascii="Cambria Math" w:hAnsi="Cambria Math"/>
                    <w:sz w:val="36"/>
                    <w:szCs w:val="36"/>
                  </w:rPr>
                  <m:t>r</m:t>
                </m:r>
              </m:e>
            </m:acc>
            <m:r>
              <w:rPr>
                <w:rFonts w:ascii="Cambria Math" w:hAnsi="Cambria Math"/>
                <w:sz w:val="36"/>
                <w:szCs w:val="36"/>
              </w:rPr>
              <m:t>'(t)</m:t>
            </m:r>
          </m:num>
          <m:den>
            <m:sSup>
              <m:sSupPr>
                <m:ctrlPr>
                  <w:rPr>
                    <w:rFonts w:ascii="Cambria Math" w:hAnsi="Cambria Math"/>
                    <w:i/>
                    <w:sz w:val="36"/>
                    <w:szCs w:val="36"/>
                  </w:rPr>
                </m:ctrlPr>
              </m:sSupPr>
              <m:e>
                <m:r>
                  <w:rPr>
                    <w:rFonts w:ascii="Cambria Math" w:hAnsi="Cambria Math"/>
                    <w:sz w:val="36"/>
                    <w:szCs w:val="36"/>
                  </w:rPr>
                  <m:t>|</m:t>
                </m:r>
                <m:acc>
                  <m:accPr>
                    <m:chr m:val="⃑"/>
                    <m:ctrlPr>
                      <w:rPr>
                        <w:rFonts w:ascii="Cambria Math" w:hAnsi="Cambria Math"/>
                        <w:i/>
                        <w:sz w:val="36"/>
                        <w:szCs w:val="36"/>
                      </w:rPr>
                    </m:ctrlPr>
                  </m:accPr>
                  <m:e>
                    <m:r>
                      <m:rPr>
                        <m:sty m:val="bi"/>
                      </m:rPr>
                      <w:rPr>
                        <w:rFonts w:ascii="Cambria Math" w:hAnsi="Cambria Math"/>
                        <w:sz w:val="36"/>
                        <w:szCs w:val="36"/>
                      </w:rPr>
                      <m:t>r</m:t>
                    </m:r>
                  </m:e>
                </m:acc>
              </m:e>
              <m:sup>
                <m:r>
                  <w:rPr>
                    <w:rFonts w:ascii="Cambria Math" w:hAnsi="Cambria Math"/>
                    <w:sz w:val="36"/>
                    <w:szCs w:val="36"/>
                  </w:rPr>
                  <m:t>'</m:t>
                </m:r>
              </m:sup>
            </m:sSup>
            <m:d>
              <m:dPr>
                <m:ctrlPr>
                  <w:rPr>
                    <w:rFonts w:ascii="Cambria Math" w:hAnsi="Cambria Math"/>
                    <w:i/>
                    <w:sz w:val="36"/>
                    <w:szCs w:val="36"/>
                  </w:rPr>
                </m:ctrlPr>
              </m:dPr>
              <m:e>
                <m:r>
                  <w:rPr>
                    <w:rFonts w:ascii="Cambria Math" w:hAnsi="Cambria Math"/>
                    <w:sz w:val="36"/>
                    <w:szCs w:val="36"/>
                  </w:rPr>
                  <m:t>t</m:t>
                </m:r>
              </m:e>
            </m:d>
            <m:r>
              <w:rPr>
                <w:rFonts w:ascii="Cambria Math" w:hAnsi="Cambria Math"/>
                <w:sz w:val="36"/>
                <w:szCs w:val="36"/>
              </w:rPr>
              <m:t>|</m:t>
            </m:r>
          </m:den>
        </m:f>
        <m:r>
          <w:rPr>
            <w:rFonts w:ascii="Cambria Math" w:hAnsi="Cambria Math"/>
            <w:sz w:val="36"/>
            <w:szCs w:val="36"/>
          </w:rPr>
          <m:t>=</m:t>
        </m:r>
        <m:f>
          <m:fPr>
            <m:ctrlPr>
              <w:rPr>
                <w:rFonts w:ascii="Cambria Math" w:hAnsi="Cambria Math"/>
                <w:i/>
                <w:sz w:val="36"/>
                <w:szCs w:val="36"/>
              </w:rPr>
            </m:ctrlPr>
          </m:fPr>
          <m:num>
            <m:acc>
              <m:accPr>
                <m:chr m:val="⃑"/>
                <m:ctrlPr>
                  <w:rPr>
                    <w:rFonts w:ascii="Cambria Math" w:hAnsi="Cambria Math"/>
                    <w:i/>
                    <w:sz w:val="36"/>
                    <w:szCs w:val="36"/>
                  </w:rPr>
                </m:ctrlPr>
              </m:accPr>
              <m:e>
                <m:r>
                  <m:rPr>
                    <m:sty m:val="bi"/>
                  </m:rPr>
                  <w:rPr>
                    <w:rFonts w:ascii="Cambria Math" w:hAnsi="Cambria Math"/>
                    <w:sz w:val="36"/>
                    <w:szCs w:val="36"/>
                  </w:rPr>
                  <m:t>v</m:t>
                </m:r>
              </m:e>
            </m:acc>
            <m:r>
              <w:rPr>
                <w:rFonts w:ascii="Cambria Math" w:hAnsi="Cambria Math"/>
                <w:sz w:val="36"/>
                <w:szCs w:val="36"/>
              </w:rPr>
              <m:t>(t)</m:t>
            </m:r>
          </m:num>
          <m:den>
            <m:r>
              <w:rPr>
                <w:rFonts w:ascii="Cambria Math" w:hAnsi="Cambria Math"/>
                <w:sz w:val="36"/>
                <w:szCs w:val="36"/>
              </w:rPr>
              <m:t>ν</m:t>
            </m:r>
            <m:d>
              <m:dPr>
                <m:ctrlPr>
                  <w:rPr>
                    <w:rFonts w:ascii="Cambria Math" w:hAnsi="Cambria Math"/>
                    <w:i/>
                    <w:sz w:val="36"/>
                    <w:szCs w:val="36"/>
                  </w:rPr>
                </m:ctrlPr>
              </m:dPr>
              <m:e>
                <m:r>
                  <w:rPr>
                    <w:rFonts w:ascii="Cambria Math" w:hAnsi="Cambria Math"/>
                    <w:sz w:val="36"/>
                    <w:szCs w:val="36"/>
                  </w:rPr>
                  <m:t>t</m:t>
                </m:r>
              </m:e>
            </m:d>
          </m:den>
        </m:f>
      </m:oMath>
      <w:r w:rsidRPr="00954C57">
        <w:rPr>
          <w:sz w:val="32"/>
          <w:szCs w:val="36"/>
        </w:rPr>
        <w:t xml:space="preserve"> implies </w:t>
      </w:r>
      <m:oMath>
        <m:acc>
          <m:accPr>
            <m:chr m:val="⃑"/>
            <m:ctrlPr>
              <w:rPr>
                <w:rFonts w:ascii="Cambria Math" w:hAnsi="Cambria Math"/>
                <w:i/>
                <w:sz w:val="36"/>
                <w:szCs w:val="36"/>
              </w:rPr>
            </m:ctrlPr>
          </m:accPr>
          <m:e>
            <m:r>
              <m:rPr>
                <m:sty m:val="bi"/>
              </m:rPr>
              <w:rPr>
                <w:rFonts w:ascii="Cambria Math" w:hAnsi="Cambria Math"/>
                <w:sz w:val="36"/>
                <w:szCs w:val="36"/>
              </w:rPr>
              <m:t>v</m:t>
            </m:r>
          </m:e>
        </m:acc>
        <m:r>
          <w:rPr>
            <w:rFonts w:ascii="Cambria Math" w:hAnsi="Cambria Math"/>
            <w:sz w:val="36"/>
            <w:szCs w:val="36"/>
          </w:rPr>
          <m:t>= ν</m:t>
        </m:r>
        <m:acc>
          <m:accPr>
            <m:chr m:val="⃑"/>
            <m:ctrlPr>
              <w:rPr>
                <w:rFonts w:ascii="Cambria Math" w:hAnsi="Cambria Math"/>
                <w:i/>
                <w:sz w:val="36"/>
                <w:szCs w:val="36"/>
              </w:rPr>
            </m:ctrlPr>
          </m:accPr>
          <m:e>
            <m:r>
              <m:rPr>
                <m:sty m:val="bi"/>
              </m:rPr>
              <w:rPr>
                <w:rFonts w:ascii="Cambria Math" w:hAnsi="Cambria Math"/>
                <w:sz w:val="36"/>
                <w:szCs w:val="36"/>
              </w:rPr>
              <m:t>T</m:t>
            </m:r>
          </m:e>
        </m:acc>
      </m:oMath>
      <w:r w:rsidRPr="00954C57">
        <w:rPr>
          <w:sz w:val="32"/>
          <w:szCs w:val="36"/>
        </w:rPr>
        <w:t>.</w:t>
      </w:r>
    </w:p>
    <w:p w14:paraId="6C148617" w14:textId="77777777" w:rsidR="00FF1128" w:rsidRDefault="00FF1128" w:rsidP="00FF1128">
      <w:pPr>
        <w:spacing w:after="160" w:line="240" w:lineRule="auto"/>
        <w:ind w:left="720"/>
      </w:pPr>
      <m:oMath>
        <m:r>
          <w:rPr>
            <w:rFonts w:ascii="Cambria Math" w:hAnsi="Cambria Math"/>
            <w:sz w:val="36"/>
            <w:szCs w:val="36"/>
          </w:rPr>
          <m:t>κ</m:t>
        </m:r>
        <m:d>
          <m:dPr>
            <m:ctrlPr>
              <w:rPr>
                <w:rFonts w:ascii="Cambria Math" w:hAnsi="Cambria Math"/>
                <w:i/>
                <w:sz w:val="36"/>
                <w:szCs w:val="36"/>
              </w:rPr>
            </m:ctrlPr>
          </m:dPr>
          <m:e>
            <m:r>
              <w:rPr>
                <w:rFonts w:ascii="Cambria Math" w:hAnsi="Cambria Math"/>
                <w:sz w:val="36"/>
                <w:szCs w:val="36"/>
              </w:rPr>
              <m:t>t</m:t>
            </m:r>
          </m:e>
        </m:d>
        <m:r>
          <w:rPr>
            <w:rFonts w:ascii="Cambria Math" w:hAnsi="Cambria Math"/>
            <w:sz w:val="36"/>
            <w:szCs w:val="36"/>
          </w:rPr>
          <m:t xml:space="preserve">= </m:t>
        </m:r>
        <m:f>
          <m:fPr>
            <m:ctrlPr>
              <w:rPr>
                <w:rFonts w:ascii="Cambria Math" w:hAnsi="Cambria Math"/>
                <w:i/>
                <w:sz w:val="36"/>
                <w:szCs w:val="36"/>
              </w:rPr>
            </m:ctrlPr>
          </m:fPr>
          <m:num>
            <m:sSup>
              <m:sSupPr>
                <m:ctrlPr>
                  <w:rPr>
                    <w:rFonts w:ascii="Cambria Math" w:hAnsi="Cambria Math"/>
                    <w:i/>
                    <w:sz w:val="36"/>
                    <w:szCs w:val="36"/>
                  </w:rPr>
                </m:ctrlPr>
              </m:sSupPr>
              <m:e>
                <m:r>
                  <w:rPr>
                    <w:rFonts w:ascii="Cambria Math" w:hAnsi="Cambria Math"/>
                    <w:sz w:val="36"/>
                    <w:szCs w:val="36"/>
                  </w:rPr>
                  <m:t>|</m:t>
                </m:r>
                <m:acc>
                  <m:accPr>
                    <m:chr m:val="⃑"/>
                    <m:ctrlPr>
                      <w:rPr>
                        <w:rFonts w:ascii="Cambria Math" w:hAnsi="Cambria Math"/>
                        <w:i/>
                        <w:sz w:val="36"/>
                        <w:szCs w:val="36"/>
                      </w:rPr>
                    </m:ctrlPr>
                  </m:accPr>
                  <m:e>
                    <m:r>
                      <m:rPr>
                        <m:sty m:val="bi"/>
                      </m:rPr>
                      <w:rPr>
                        <w:rFonts w:ascii="Cambria Math" w:hAnsi="Cambria Math"/>
                        <w:sz w:val="36"/>
                        <w:szCs w:val="36"/>
                      </w:rPr>
                      <m:t>T</m:t>
                    </m:r>
                  </m:e>
                </m:acc>
              </m:e>
              <m:sup>
                <m:r>
                  <w:rPr>
                    <w:rFonts w:ascii="Cambria Math" w:hAnsi="Cambria Math"/>
                    <w:sz w:val="36"/>
                    <w:szCs w:val="36"/>
                  </w:rPr>
                  <m:t>'</m:t>
                </m:r>
              </m:sup>
            </m:sSup>
            <m:d>
              <m:dPr>
                <m:ctrlPr>
                  <w:rPr>
                    <w:rFonts w:ascii="Cambria Math" w:hAnsi="Cambria Math"/>
                    <w:i/>
                    <w:sz w:val="36"/>
                    <w:szCs w:val="36"/>
                  </w:rPr>
                </m:ctrlPr>
              </m:dPr>
              <m:e>
                <m:r>
                  <w:rPr>
                    <w:rFonts w:ascii="Cambria Math" w:hAnsi="Cambria Math"/>
                    <w:sz w:val="36"/>
                    <w:szCs w:val="36"/>
                  </w:rPr>
                  <m:t>t</m:t>
                </m:r>
              </m:e>
            </m:d>
            <m:r>
              <w:rPr>
                <w:rFonts w:ascii="Cambria Math" w:hAnsi="Cambria Math"/>
                <w:sz w:val="36"/>
                <w:szCs w:val="36"/>
              </w:rPr>
              <m:t>|</m:t>
            </m:r>
          </m:num>
          <m:den>
            <m:sSup>
              <m:sSupPr>
                <m:ctrlPr>
                  <w:rPr>
                    <w:rFonts w:ascii="Cambria Math" w:hAnsi="Cambria Math"/>
                    <w:i/>
                    <w:sz w:val="36"/>
                    <w:szCs w:val="36"/>
                  </w:rPr>
                </m:ctrlPr>
              </m:sSupPr>
              <m:e>
                <m:r>
                  <w:rPr>
                    <w:rFonts w:ascii="Cambria Math" w:hAnsi="Cambria Math"/>
                    <w:sz w:val="36"/>
                    <w:szCs w:val="36"/>
                  </w:rPr>
                  <m:t>|</m:t>
                </m:r>
                <m:acc>
                  <m:accPr>
                    <m:chr m:val="⃑"/>
                    <m:ctrlPr>
                      <w:rPr>
                        <w:rFonts w:ascii="Cambria Math" w:hAnsi="Cambria Math"/>
                        <w:i/>
                        <w:sz w:val="36"/>
                        <w:szCs w:val="36"/>
                      </w:rPr>
                    </m:ctrlPr>
                  </m:accPr>
                  <m:e>
                    <m:r>
                      <m:rPr>
                        <m:sty m:val="bi"/>
                      </m:rPr>
                      <w:rPr>
                        <w:rFonts w:ascii="Cambria Math" w:hAnsi="Cambria Math"/>
                        <w:sz w:val="36"/>
                        <w:szCs w:val="36"/>
                      </w:rPr>
                      <m:t>r</m:t>
                    </m:r>
                  </m:e>
                </m:acc>
              </m:e>
              <m:sup>
                <m:r>
                  <w:rPr>
                    <w:rFonts w:ascii="Cambria Math" w:hAnsi="Cambria Math"/>
                    <w:sz w:val="36"/>
                    <w:szCs w:val="36"/>
                  </w:rPr>
                  <m:t>'</m:t>
                </m:r>
              </m:sup>
            </m:sSup>
            <m:d>
              <m:dPr>
                <m:ctrlPr>
                  <w:rPr>
                    <w:rFonts w:ascii="Cambria Math" w:hAnsi="Cambria Math"/>
                    <w:i/>
                    <w:sz w:val="36"/>
                    <w:szCs w:val="36"/>
                  </w:rPr>
                </m:ctrlPr>
              </m:dPr>
              <m:e>
                <m:r>
                  <w:rPr>
                    <w:rFonts w:ascii="Cambria Math" w:hAnsi="Cambria Math"/>
                    <w:sz w:val="36"/>
                    <w:szCs w:val="36"/>
                  </w:rPr>
                  <m:t>t</m:t>
                </m:r>
              </m:e>
            </m:d>
            <m:r>
              <w:rPr>
                <w:rFonts w:ascii="Cambria Math" w:hAnsi="Cambria Math"/>
                <w:sz w:val="36"/>
                <w:szCs w:val="36"/>
              </w:rPr>
              <m:t>|</m:t>
            </m:r>
          </m:den>
        </m:f>
        <m:r>
          <w:rPr>
            <w:rFonts w:ascii="Cambria Math" w:hAnsi="Cambria Math"/>
            <w:sz w:val="36"/>
            <w:szCs w:val="36"/>
          </w:rPr>
          <m:t>=</m:t>
        </m:r>
        <m:f>
          <m:fPr>
            <m:ctrlPr>
              <w:rPr>
                <w:rFonts w:ascii="Cambria Math" w:hAnsi="Cambria Math"/>
                <w:i/>
                <w:sz w:val="36"/>
                <w:szCs w:val="36"/>
              </w:rPr>
            </m:ctrlPr>
          </m:fPr>
          <m:num>
            <m:sSup>
              <m:sSupPr>
                <m:ctrlPr>
                  <w:rPr>
                    <w:rFonts w:ascii="Cambria Math" w:hAnsi="Cambria Math"/>
                    <w:i/>
                    <w:sz w:val="36"/>
                    <w:szCs w:val="36"/>
                  </w:rPr>
                </m:ctrlPr>
              </m:sSupPr>
              <m:e>
                <m:r>
                  <w:rPr>
                    <w:rFonts w:ascii="Cambria Math" w:hAnsi="Cambria Math"/>
                    <w:sz w:val="36"/>
                    <w:szCs w:val="36"/>
                  </w:rPr>
                  <m:t>|</m:t>
                </m:r>
                <m:acc>
                  <m:accPr>
                    <m:chr m:val="⃑"/>
                    <m:ctrlPr>
                      <w:rPr>
                        <w:rFonts w:ascii="Cambria Math" w:hAnsi="Cambria Math"/>
                        <w:i/>
                        <w:sz w:val="36"/>
                        <w:szCs w:val="36"/>
                      </w:rPr>
                    </m:ctrlPr>
                  </m:accPr>
                  <m:e>
                    <m:r>
                      <m:rPr>
                        <m:sty m:val="bi"/>
                      </m:rPr>
                      <w:rPr>
                        <w:rFonts w:ascii="Cambria Math" w:hAnsi="Cambria Math"/>
                        <w:sz w:val="36"/>
                        <w:szCs w:val="36"/>
                      </w:rPr>
                      <m:t>T</m:t>
                    </m:r>
                  </m:e>
                </m:acc>
              </m:e>
              <m:sup>
                <m:r>
                  <w:rPr>
                    <w:rFonts w:ascii="Cambria Math" w:hAnsi="Cambria Math"/>
                    <w:sz w:val="36"/>
                    <w:szCs w:val="36"/>
                  </w:rPr>
                  <m:t>'</m:t>
                </m:r>
              </m:sup>
            </m:sSup>
            <m:r>
              <w:rPr>
                <w:rFonts w:ascii="Cambria Math" w:hAnsi="Cambria Math"/>
                <w:sz w:val="36"/>
                <w:szCs w:val="36"/>
              </w:rPr>
              <m:t>|</m:t>
            </m:r>
          </m:num>
          <m:den>
            <m:r>
              <w:rPr>
                <w:rFonts w:ascii="Cambria Math" w:hAnsi="Cambria Math"/>
                <w:sz w:val="36"/>
                <w:szCs w:val="36"/>
              </w:rPr>
              <m:t>ν</m:t>
            </m:r>
            <m:d>
              <m:dPr>
                <m:ctrlPr>
                  <w:rPr>
                    <w:rFonts w:ascii="Cambria Math" w:hAnsi="Cambria Math"/>
                    <w:i/>
                    <w:sz w:val="36"/>
                    <w:szCs w:val="36"/>
                  </w:rPr>
                </m:ctrlPr>
              </m:dPr>
              <m:e>
                <m:r>
                  <w:rPr>
                    <w:rFonts w:ascii="Cambria Math" w:hAnsi="Cambria Math"/>
                    <w:sz w:val="36"/>
                    <w:szCs w:val="36"/>
                  </w:rPr>
                  <m:t>t</m:t>
                </m:r>
              </m:e>
            </m:d>
          </m:den>
        </m:f>
        <m:r>
          <w:rPr>
            <w:rFonts w:ascii="Cambria Math" w:hAnsi="Cambria Math"/>
            <w:sz w:val="36"/>
            <w:szCs w:val="36"/>
          </w:rPr>
          <m:t xml:space="preserve"> </m:t>
        </m:r>
      </m:oMath>
      <w:r w:rsidRPr="00954C57">
        <w:rPr>
          <w:sz w:val="32"/>
          <w:szCs w:val="36"/>
        </w:rPr>
        <w:t xml:space="preserve">implies </w:t>
      </w:r>
      <m:oMath>
        <m:sSup>
          <m:sSupPr>
            <m:ctrlPr>
              <w:rPr>
                <w:rFonts w:ascii="Cambria Math" w:hAnsi="Cambria Math"/>
                <w:i/>
                <w:sz w:val="36"/>
                <w:szCs w:val="36"/>
              </w:rPr>
            </m:ctrlPr>
          </m:sSupPr>
          <m:e>
            <m:r>
              <w:rPr>
                <w:rFonts w:ascii="Cambria Math" w:hAnsi="Cambria Math"/>
                <w:sz w:val="36"/>
                <w:szCs w:val="36"/>
              </w:rPr>
              <m:t>|</m:t>
            </m:r>
            <m:acc>
              <m:accPr>
                <m:chr m:val="⃑"/>
                <m:ctrlPr>
                  <w:rPr>
                    <w:rFonts w:ascii="Cambria Math" w:hAnsi="Cambria Math"/>
                    <w:i/>
                    <w:sz w:val="36"/>
                    <w:szCs w:val="36"/>
                  </w:rPr>
                </m:ctrlPr>
              </m:accPr>
              <m:e>
                <m:r>
                  <m:rPr>
                    <m:sty m:val="bi"/>
                  </m:rPr>
                  <w:rPr>
                    <w:rFonts w:ascii="Cambria Math" w:hAnsi="Cambria Math"/>
                    <w:sz w:val="36"/>
                    <w:szCs w:val="36"/>
                  </w:rPr>
                  <m:t>T</m:t>
                </m:r>
              </m:e>
            </m:acc>
          </m:e>
          <m:sup>
            <m:r>
              <w:rPr>
                <w:rFonts w:ascii="Cambria Math" w:hAnsi="Cambria Math"/>
                <w:sz w:val="36"/>
                <w:szCs w:val="36"/>
              </w:rPr>
              <m:t>'</m:t>
            </m:r>
          </m:sup>
        </m:sSup>
        <m:r>
          <w:rPr>
            <w:rFonts w:ascii="Cambria Math" w:hAnsi="Cambria Math"/>
            <w:sz w:val="36"/>
            <w:szCs w:val="36"/>
          </w:rPr>
          <m:t>|= κν</m:t>
        </m:r>
      </m:oMath>
      <w:r w:rsidRPr="00954C57">
        <w:rPr>
          <w:sz w:val="32"/>
          <w:szCs w:val="36"/>
        </w:rPr>
        <w:t>.</w:t>
      </w:r>
    </w:p>
    <w:p w14:paraId="6A69188A" w14:textId="77777777" w:rsidR="00FF1128" w:rsidRDefault="00FF1128" w:rsidP="00FF1128">
      <w:pPr>
        <w:spacing w:after="160" w:line="240" w:lineRule="auto"/>
        <w:ind w:left="720"/>
      </w:pPr>
      <m:oMath>
        <m:acc>
          <m:accPr>
            <m:chr m:val="⃑"/>
            <m:ctrlPr>
              <w:rPr>
                <w:rFonts w:ascii="Cambria Math" w:hAnsi="Cambria Math"/>
                <w:i/>
                <w:sz w:val="36"/>
                <w:szCs w:val="36"/>
              </w:rPr>
            </m:ctrlPr>
          </m:accPr>
          <m:e>
            <m:r>
              <m:rPr>
                <m:sty m:val="bi"/>
              </m:rPr>
              <w:rPr>
                <w:rFonts w:ascii="Cambria Math" w:hAnsi="Cambria Math"/>
                <w:sz w:val="36"/>
                <w:szCs w:val="36"/>
              </w:rPr>
              <m:t>N</m:t>
            </m:r>
          </m:e>
        </m:acc>
        <m:d>
          <m:dPr>
            <m:ctrlPr>
              <w:rPr>
                <w:rFonts w:ascii="Cambria Math" w:hAnsi="Cambria Math"/>
                <w:i/>
                <w:sz w:val="36"/>
                <w:szCs w:val="36"/>
              </w:rPr>
            </m:ctrlPr>
          </m:dPr>
          <m:e>
            <m:r>
              <w:rPr>
                <w:rFonts w:ascii="Cambria Math" w:hAnsi="Cambria Math"/>
                <w:sz w:val="36"/>
                <w:szCs w:val="36"/>
              </w:rPr>
              <m:t>t</m:t>
            </m:r>
          </m:e>
        </m:d>
        <m:r>
          <w:rPr>
            <w:rFonts w:ascii="Cambria Math" w:hAnsi="Cambria Math"/>
            <w:sz w:val="36"/>
            <w:szCs w:val="36"/>
          </w:rPr>
          <m:t xml:space="preserve">= </m:t>
        </m:r>
        <m:f>
          <m:fPr>
            <m:ctrlPr>
              <w:rPr>
                <w:rFonts w:ascii="Cambria Math" w:hAnsi="Cambria Math"/>
                <w:i/>
                <w:sz w:val="36"/>
                <w:szCs w:val="36"/>
              </w:rPr>
            </m:ctrlPr>
          </m:fPr>
          <m:num>
            <m:sSup>
              <m:sSupPr>
                <m:ctrlPr>
                  <w:rPr>
                    <w:rFonts w:ascii="Cambria Math" w:hAnsi="Cambria Math"/>
                    <w:b/>
                    <w:i/>
                    <w:sz w:val="36"/>
                    <w:szCs w:val="36"/>
                  </w:rPr>
                </m:ctrlPr>
              </m:sSupPr>
              <m:e>
                <m:acc>
                  <m:accPr>
                    <m:chr m:val="⃑"/>
                    <m:ctrlPr>
                      <w:rPr>
                        <w:rFonts w:ascii="Cambria Math" w:hAnsi="Cambria Math"/>
                        <w:b/>
                        <w:i/>
                        <w:sz w:val="36"/>
                        <w:szCs w:val="36"/>
                      </w:rPr>
                    </m:ctrlPr>
                  </m:accPr>
                  <m:e>
                    <m:r>
                      <m:rPr>
                        <m:sty m:val="bi"/>
                      </m:rPr>
                      <w:rPr>
                        <w:rFonts w:ascii="Cambria Math" w:hAnsi="Cambria Math"/>
                        <w:sz w:val="36"/>
                        <w:szCs w:val="36"/>
                      </w:rPr>
                      <m:t>T</m:t>
                    </m:r>
                  </m:e>
                </m:acc>
              </m:e>
              <m:sup>
                <m:r>
                  <m:rPr>
                    <m:sty m:val="bi"/>
                  </m:rPr>
                  <w:rPr>
                    <w:rFonts w:ascii="Cambria Math" w:hAnsi="Cambria Math"/>
                    <w:sz w:val="36"/>
                    <w:szCs w:val="36"/>
                  </w:rPr>
                  <m:t>'</m:t>
                </m:r>
              </m:sup>
            </m:sSup>
            <m:r>
              <w:rPr>
                <w:rFonts w:ascii="Cambria Math" w:hAnsi="Cambria Math"/>
                <w:sz w:val="36"/>
                <w:szCs w:val="36"/>
              </w:rPr>
              <m:t>(t)</m:t>
            </m:r>
          </m:num>
          <m:den>
            <m:sSup>
              <m:sSupPr>
                <m:ctrlPr>
                  <w:rPr>
                    <w:rFonts w:ascii="Cambria Math" w:hAnsi="Cambria Math"/>
                    <w:i/>
                    <w:sz w:val="36"/>
                    <w:szCs w:val="36"/>
                  </w:rPr>
                </m:ctrlPr>
              </m:sSupPr>
              <m:e>
                <m:r>
                  <w:rPr>
                    <w:rFonts w:ascii="Cambria Math" w:hAnsi="Cambria Math"/>
                    <w:sz w:val="36"/>
                    <w:szCs w:val="36"/>
                  </w:rPr>
                  <m:t>|</m:t>
                </m:r>
                <m:acc>
                  <m:accPr>
                    <m:chr m:val="⃑"/>
                    <m:ctrlPr>
                      <w:rPr>
                        <w:rFonts w:ascii="Cambria Math" w:hAnsi="Cambria Math"/>
                        <w:i/>
                        <w:sz w:val="36"/>
                        <w:szCs w:val="36"/>
                      </w:rPr>
                    </m:ctrlPr>
                  </m:accPr>
                  <m:e>
                    <m:r>
                      <m:rPr>
                        <m:sty m:val="bi"/>
                      </m:rPr>
                      <w:rPr>
                        <w:rFonts w:ascii="Cambria Math" w:hAnsi="Cambria Math"/>
                        <w:sz w:val="36"/>
                        <w:szCs w:val="36"/>
                      </w:rPr>
                      <m:t>T</m:t>
                    </m:r>
                  </m:e>
                </m:acc>
              </m:e>
              <m:sup>
                <m:r>
                  <w:rPr>
                    <w:rFonts w:ascii="Cambria Math" w:hAnsi="Cambria Math"/>
                    <w:sz w:val="36"/>
                    <w:szCs w:val="36"/>
                  </w:rPr>
                  <m:t>'</m:t>
                </m:r>
              </m:sup>
            </m:sSup>
            <m:d>
              <m:dPr>
                <m:ctrlPr>
                  <w:rPr>
                    <w:rFonts w:ascii="Cambria Math" w:hAnsi="Cambria Math"/>
                    <w:i/>
                    <w:sz w:val="36"/>
                    <w:szCs w:val="36"/>
                  </w:rPr>
                </m:ctrlPr>
              </m:dPr>
              <m:e>
                <m:r>
                  <w:rPr>
                    <w:rFonts w:ascii="Cambria Math" w:hAnsi="Cambria Math"/>
                    <w:sz w:val="36"/>
                    <w:szCs w:val="36"/>
                  </w:rPr>
                  <m:t>t</m:t>
                </m:r>
              </m:e>
            </m:d>
            <m:r>
              <w:rPr>
                <w:rFonts w:ascii="Cambria Math" w:hAnsi="Cambria Math"/>
                <w:sz w:val="36"/>
                <w:szCs w:val="36"/>
              </w:rPr>
              <m:t>|</m:t>
            </m:r>
          </m:den>
        </m:f>
        <m:r>
          <w:rPr>
            <w:rFonts w:ascii="Cambria Math" w:hAnsi="Cambria Math"/>
            <w:sz w:val="36"/>
            <w:szCs w:val="36"/>
          </w:rPr>
          <m:t>=</m:t>
        </m:r>
        <m:f>
          <m:fPr>
            <m:ctrlPr>
              <w:rPr>
                <w:rFonts w:ascii="Cambria Math" w:hAnsi="Cambria Math"/>
                <w:i/>
                <w:sz w:val="36"/>
                <w:szCs w:val="36"/>
              </w:rPr>
            </m:ctrlPr>
          </m:fPr>
          <m:num>
            <m:sSup>
              <m:sSupPr>
                <m:ctrlPr>
                  <w:rPr>
                    <w:rFonts w:ascii="Cambria Math" w:hAnsi="Cambria Math"/>
                    <w:b/>
                    <w:i/>
                    <w:sz w:val="36"/>
                    <w:szCs w:val="36"/>
                  </w:rPr>
                </m:ctrlPr>
              </m:sSupPr>
              <m:e>
                <m:acc>
                  <m:accPr>
                    <m:chr m:val="⃑"/>
                    <m:ctrlPr>
                      <w:rPr>
                        <w:rFonts w:ascii="Cambria Math" w:hAnsi="Cambria Math"/>
                        <w:b/>
                        <w:i/>
                        <w:sz w:val="36"/>
                        <w:szCs w:val="36"/>
                      </w:rPr>
                    </m:ctrlPr>
                  </m:accPr>
                  <m:e>
                    <m:r>
                      <m:rPr>
                        <m:sty m:val="bi"/>
                      </m:rPr>
                      <w:rPr>
                        <w:rFonts w:ascii="Cambria Math" w:hAnsi="Cambria Math"/>
                        <w:sz w:val="36"/>
                        <w:szCs w:val="36"/>
                      </w:rPr>
                      <m:t>T</m:t>
                    </m:r>
                  </m:e>
                </m:acc>
              </m:e>
              <m:sup>
                <m:r>
                  <m:rPr>
                    <m:sty m:val="bi"/>
                  </m:rPr>
                  <w:rPr>
                    <w:rFonts w:ascii="Cambria Math" w:hAnsi="Cambria Math"/>
                    <w:sz w:val="36"/>
                    <w:szCs w:val="36"/>
                  </w:rPr>
                  <m:t>'</m:t>
                </m:r>
              </m:sup>
            </m:sSup>
          </m:num>
          <m:den>
            <m:r>
              <w:rPr>
                <w:rFonts w:ascii="Cambria Math" w:hAnsi="Cambria Math"/>
                <w:sz w:val="36"/>
                <w:szCs w:val="36"/>
              </w:rPr>
              <m:t>κν</m:t>
            </m:r>
          </m:den>
        </m:f>
      </m:oMath>
      <w:r w:rsidRPr="00954C57">
        <w:rPr>
          <w:sz w:val="32"/>
          <w:szCs w:val="36"/>
        </w:rPr>
        <w:t xml:space="preserve">  implies </w:t>
      </w:r>
      <m:oMath>
        <m:sSup>
          <m:sSupPr>
            <m:ctrlPr>
              <w:rPr>
                <w:rFonts w:ascii="Cambria Math" w:hAnsi="Cambria Math"/>
                <w:b/>
                <w:i/>
                <w:sz w:val="36"/>
                <w:szCs w:val="36"/>
              </w:rPr>
            </m:ctrlPr>
          </m:sSupPr>
          <m:e>
            <m:acc>
              <m:accPr>
                <m:chr m:val="⃑"/>
                <m:ctrlPr>
                  <w:rPr>
                    <w:rFonts w:ascii="Cambria Math" w:hAnsi="Cambria Math"/>
                    <w:b/>
                    <w:i/>
                    <w:sz w:val="36"/>
                    <w:szCs w:val="36"/>
                  </w:rPr>
                </m:ctrlPr>
              </m:accPr>
              <m:e>
                <m:r>
                  <m:rPr>
                    <m:sty m:val="bi"/>
                  </m:rPr>
                  <w:rPr>
                    <w:rFonts w:ascii="Cambria Math" w:hAnsi="Cambria Math"/>
                    <w:sz w:val="36"/>
                    <w:szCs w:val="36"/>
                  </w:rPr>
                  <m:t>T</m:t>
                </m:r>
              </m:e>
            </m:acc>
          </m:e>
          <m:sup>
            <m:r>
              <m:rPr>
                <m:sty m:val="bi"/>
              </m:rPr>
              <w:rPr>
                <w:rFonts w:ascii="Cambria Math" w:hAnsi="Cambria Math"/>
                <w:sz w:val="36"/>
                <w:szCs w:val="36"/>
              </w:rPr>
              <m:t>'</m:t>
            </m:r>
          </m:sup>
        </m:sSup>
        <m:r>
          <m:rPr>
            <m:sty m:val="bi"/>
          </m:rPr>
          <w:rPr>
            <w:rFonts w:ascii="Cambria Math" w:hAnsi="Cambria Math"/>
            <w:sz w:val="36"/>
            <w:szCs w:val="36"/>
          </w:rPr>
          <m:t>=</m:t>
        </m:r>
        <m:r>
          <w:rPr>
            <w:rFonts w:ascii="Cambria Math" w:hAnsi="Cambria Math"/>
            <w:sz w:val="36"/>
            <w:szCs w:val="36"/>
          </w:rPr>
          <m:t>κν</m:t>
        </m:r>
        <m:acc>
          <m:accPr>
            <m:chr m:val="⃑"/>
            <m:ctrlPr>
              <w:rPr>
                <w:rFonts w:ascii="Cambria Math" w:hAnsi="Cambria Math"/>
                <w:i/>
                <w:sz w:val="36"/>
                <w:szCs w:val="36"/>
              </w:rPr>
            </m:ctrlPr>
          </m:accPr>
          <m:e>
            <m:r>
              <m:rPr>
                <m:sty m:val="bi"/>
              </m:rPr>
              <w:rPr>
                <w:rFonts w:ascii="Cambria Math" w:hAnsi="Cambria Math"/>
                <w:sz w:val="36"/>
                <w:szCs w:val="36"/>
              </w:rPr>
              <m:t>N</m:t>
            </m:r>
          </m:e>
        </m:acc>
        <m:r>
          <w:rPr>
            <w:rFonts w:ascii="Cambria Math" w:hAnsi="Cambria Math"/>
            <w:sz w:val="36"/>
            <w:szCs w:val="36"/>
          </w:rPr>
          <m:t>.</m:t>
        </m:r>
      </m:oMath>
    </w:p>
    <w:p w14:paraId="5CDF4D75" w14:textId="77777777" w:rsidR="00FF1128" w:rsidRDefault="00FF1128" w:rsidP="00FF1128">
      <w:pPr>
        <w:spacing w:after="160" w:line="240" w:lineRule="auto"/>
      </w:pPr>
      <w:r w:rsidRPr="00954C57">
        <w:rPr>
          <w:sz w:val="32"/>
          <w:szCs w:val="36"/>
        </w:rPr>
        <w:t>Differentiating the first fact above gives</w:t>
      </w:r>
    </w:p>
    <w:p w14:paraId="7DAB6DD9" w14:textId="634B4E64" w:rsidR="00FF1128" w:rsidRDefault="00FF1128" w:rsidP="00FF1128">
      <w:pPr>
        <w:spacing w:after="160" w:line="240" w:lineRule="auto"/>
        <w:jc w:val="center"/>
      </w:pPr>
      <m:oMath>
        <m:acc>
          <m:accPr>
            <m:chr m:val="⃑"/>
            <m:ctrlPr>
              <w:rPr>
                <w:rFonts w:ascii="Cambria Math" w:hAnsi="Cambria Math"/>
                <w:i/>
                <w:sz w:val="36"/>
                <w:szCs w:val="36"/>
              </w:rPr>
            </m:ctrlPr>
          </m:accPr>
          <m:e>
            <m:r>
              <m:rPr>
                <m:sty m:val="bi"/>
              </m:rPr>
              <w:rPr>
                <w:rFonts w:ascii="Cambria Math" w:hAnsi="Cambria Math"/>
                <w:sz w:val="36"/>
                <w:szCs w:val="36"/>
              </w:rPr>
              <m:t>a</m:t>
            </m:r>
          </m:e>
        </m:acc>
        <m:r>
          <w:rPr>
            <w:rFonts w:ascii="Cambria Math" w:hAnsi="Cambria Math"/>
            <w:sz w:val="36"/>
            <w:szCs w:val="36"/>
          </w:rPr>
          <m:t>=</m:t>
        </m:r>
        <m:sSup>
          <m:sSupPr>
            <m:ctrlPr>
              <w:rPr>
                <w:rFonts w:ascii="Cambria Math" w:hAnsi="Cambria Math"/>
                <w:i/>
                <w:sz w:val="36"/>
                <w:szCs w:val="36"/>
              </w:rPr>
            </m:ctrlPr>
          </m:sSupPr>
          <m:e>
            <m:acc>
              <m:accPr>
                <m:chr m:val="⃑"/>
                <m:ctrlPr>
                  <w:rPr>
                    <w:rFonts w:ascii="Cambria Math" w:hAnsi="Cambria Math"/>
                    <w:i/>
                    <w:sz w:val="36"/>
                    <w:szCs w:val="36"/>
                  </w:rPr>
                </m:ctrlPr>
              </m:accPr>
              <m:e>
                <m:r>
                  <m:rPr>
                    <m:sty m:val="bi"/>
                  </m:rPr>
                  <w:rPr>
                    <w:rFonts w:ascii="Cambria Math" w:hAnsi="Cambria Math"/>
                    <w:sz w:val="36"/>
                    <w:szCs w:val="36"/>
                  </w:rPr>
                  <m:t>v</m:t>
                </m:r>
              </m:e>
            </m:acc>
          </m:e>
          <m:sup>
            <m:r>
              <w:rPr>
                <w:rFonts w:ascii="Cambria Math" w:hAnsi="Cambria Math"/>
                <w:sz w:val="36"/>
                <w:szCs w:val="36"/>
              </w:rPr>
              <m:t>'</m:t>
            </m:r>
          </m:sup>
        </m:sSup>
        <m:r>
          <w:rPr>
            <w:rFonts w:ascii="Cambria Math" w:hAnsi="Cambria Math"/>
            <w:sz w:val="36"/>
            <w:szCs w:val="36"/>
          </w:rPr>
          <m:t>= ν'</m:t>
        </m:r>
        <m:acc>
          <m:accPr>
            <m:chr m:val="⃑"/>
            <m:ctrlPr>
              <w:rPr>
                <w:rFonts w:ascii="Cambria Math" w:hAnsi="Cambria Math"/>
                <w:i/>
                <w:sz w:val="36"/>
                <w:szCs w:val="36"/>
              </w:rPr>
            </m:ctrlPr>
          </m:accPr>
          <m:e>
            <m:r>
              <m:rPr>
                <m:sty m:val="bi"/>
              </m:rPr>
              <w:rPr>
                <w:rFonts w:ascii="Cambria Math" w:hAnsi="Cambria Math"/>
                <w:sz w:val="36"/>
                <w:szCs w:val="36"/>
              </w:rPr>
              <m:t>T</m:t>
            </m:r>
          </m:e>
        </m:acc>
        <m:r>
          <w:rPr>
            <w:rFonts w:ascii="Cambria Math" w:hAnsi="Cambria Math"/>
            <w:sz w:val="36"/>
            <w:szCs w:val="36"/>
          </w:rPr>
          <m:t>+ν</m:t>
        </m:r>
        <m:acc>
          <m:accPr>
            <m:chr m:val="⃑"/>
            <m:ctrlPr>
              <w:rPr>
                <w:rFonts w:ascii="Cambria Math" w:hAnsi="Cambria Math"/>
                <w:i/>
                <w:sz w:val="36"/>
                <w:szCs w:val="36"/>
              </w:rPr>
            </m:ctrlPr>
          </m:accPr>
          <m:e>
            <m:r>
              <m:rPr>
                <m:sty m:val="bi"/>
              </m:rPr>
              <w:rPr>
                <w:rFonts w:ascii="Cambria Math" w:hAnsi="Cambria Math"/>
                <w:sz w:val="36"/>
                <w:szCs w:val="36"/>
              </w:rPr>
              <m:t>T</m:t>
            </m:r>
          </m:e>
        </m:acc>
        <m:r>
          <w:rPr>
            <w:rFonts w:ascii="Cambria Math" w:hAnsi="Cambria Math"/>
            <w:sz w:val="36"/>
            <w:szCs w:val="36"/>
          </w:rPr>
          <m:t>'</m:t>
        </m:r>
      </m:oMath>
      <w:r w:rsidRPr="00954C57">
        <w:rPr>
          <w:sz w:val="32"/>
          <w:szCs w:val="36"/>
        </w:rPr>
        <w:t>, so</w:t>
      </w:r>
    </w:p>
    <w:p w14:paraId="34A210B3" w14:textId="77777777" w:rsidR="00FF1128" w:rsidRDefault="00FF1128" w:rsidP="00FF1128">
      <w:pPr>
        <w:spacing w:after="160" w:line="240" w:lineRule="auto"/>
        <w:jc w:val="center"/>
      </w:pPr>
      <m:oMath>
        <m:acc>
          <m:accPr>
            <m:chr m:val="⃑"/>
            <m:ctrlPr>
              <w:rPr>
                <w:rFonts w:ascii="Cambria Math" w:hAnsi="Cambria Math"/>
                <w:i/>
                <w:sz w:val="36"/>
                <w:szCs w:val="36"/>
              </w:rPr>
            </m:ctrlPr>
          </m:accPr>
          <m:e>
            <m:r>
              <m:rPr>
                <m:sty m:val="bi"/>
              </m:rPr>
              <w:rPr>
                <w:rFonts w:ascii="Cambria Math" w:hAnsi="Cambria Math"/>
                <w:sz w:val="36"/>
                <w:szCs w:val="36"/>
              </w:rPr>
              <m:t>a</m:t>
            </m:r>
          </m:e>
        </m:acc>
        <m:r>
          <w:rPr>
            <w:rFonts w:ascii="Cambria Math" w:hAnsi="Cambria Math"/>
            <w:sz w:val="36"/>
            <w:szCs w:val="36"/>
          </w:rPr>
          <m:t>=</m:t>
        </m:r>
        <m:sSup>
          <m:sSupPr>
            <m:ctrlPr>
              <w:rPr>
                <w:rFonts w:ascii="Cambria Math" w:hAnsi="Cambria Math"/>
                <w:i/>
                <w:sz w:val="36"/>
                <w:szCs w:val="36"/>
              </w:rPr>
            </m:ctrlPr>
          </m:sSupPr>
          <m:e>
            <m:acc>
              <m:accPr>
                <m:chr m:val="⃑"/>
                <m:ctrlPr>
                  <w:rPr>
                    <w:rFonts w:ascii="Cambria Math" w:hAnsi="Cambria Math"/>
                    <w:i/>
                    <w:sz w:val="36"/>
                    <w:szCs w:val="36"/>
                  </w:rPr>
                </m:ctrlPr>
              </m:accPr>
              <m:e>
                <m:r>
                  <m:rPr>
                    <m:sty m:val="bi"/>
                  </m:rPr>
                  <w:rPr>
                    <w:rFonts w:ascii="Cambria Math" w:hAnsi="Cambria Math"/>
                    <w:sz w:val="36"/>
                    <w:szCs w:val="36"/>
                  </w:rPr>
                  <m:t>v</m:t>
                </m:r>
              </m:e>
            </m:acc>
          </m:e>
          <m:sup>
            <m:r>
              <w:rPr>
                <w:rFonts w:ascii="Cambria Math" w:hAnsi="Cambria Math"/>
                <w:sz w:val="36"/>
                <w:szCs w:val="36"/>
              </w:rPr>
              <m:t>'</m:t>
            </m:r>
          </m:sup>
        </m:sSup>
        <m:r>
          <w:rPr>
            <w:rFonts w:ascii="Cambria Math" w:hAnsi="Cambria Math"/>
            <w:sz w:val="36"/>
            <w:szCs w:val="36"/>
          </w:rPr>
          <m:t>= ν'</m:t>
        </m:r>
        <m:acc>
          <m:accPr>
            <m:chr m:val="⃑"/>
            <m:ctrlPr>
              <w:rPr>
                <w:rFonts w:ascii="Cambria Math" w:hAnsi="Cambria Math"/>
                <w:i/>
                <w:sz w:val="36"/>
                <w:szCs w:val="36"/>
              </w:rPr>
            </m:ctrlPr>
          </m:accPr>
          <m:e>
            <m:r>
              <m:rPr>
                <m:sty m:val="bi"/>
              </m:rPr>
              <w:rPr>
                <w:rFonts w:ascii="Cambria Math" w:hAnsi="Cambria Math"/>
                <w:sz w:val="36"/>
                <w:szCs w:val="36"/>
              </w:rPr>
              <m:t>T</m:t>
            </m:r>
          </m:e>
        </m:acc>
        <m:r>
          <w:rPr>
            <w:rFonts w:ascii="Cambria Math" w:hAnsi="Cambria Math"/>
            <w:sz w:val="36"/>
            <w:szCs w:val="36"/>
          </w:rPr>
          <m:t>+k</m:t>
        </m:r>
        <m:sSup>
          <m:sSupPr>
            <m:ctrlPr>
              <w:rPr>
                <w:rFonts w:ascii="Cambria Math" w:hAnsi="Cambria Math"/>
                <w:i/>
                <w:sz w:val="36"/>
                <w:szCs w:val="36"/>
              </w:rPr>
            </m:ctrlPr>
          </m:sSupPr>
          <m:e>
            <m:r>
              <w:rPr>
                <w:rFonts w:ascii="Cambria Math" w:hAnsi="Cambria Math"/>
                <w:sz w:val="36"/>
                <w:szCs w:val="36"/>
              </w:rPr>
              <m:t>ν</m:t>
            </m:r>
          </m:e>
          <m:sup>
            <m:r>
              <w:rPr>
                <w:rFonts w:ascii="Cambria Math" w:hAnsi="Cambria Math"/>
                <w:sz w:val="36"/>
                <w:szCs w:val="36"/>
              </w:rPr>
              <m:t>2</m:t>
            </m:r>
          </m:sup>
        </m:sSup>
        <m:acc>
          <m:accPr>
            <m:chr m:val="⃑"/>
            <m:ctrlPr>
              <w:rPr>
                <w:rFonts w:ascii="Cambria Math" w:hAnsi="Cambria Math"/>
                <w:i/>
                <w:sz w:val="36"/>
                <w:szCs w:val="36"/>
              </w:rPr>
            </m:ctrlPr>
          </m:accPr>
          <m:e>
            <m:r>
              <m:rPr>
                <m:sty m:val="bi"/>
              </m:rPr>
              <w:rPr>
                <w:rFonts w:ascii="Cambria Math" w:hAnsi="Cambria Math"/>
                <w:sz w:val="36"/>
                <w:szCs w:val="36"/>
              </w:rPr>
              <m:t>N</m:t>
            </m:r>
          </m:e>
        </m:acc>
      </m:oMath>
      <w:r w:rsidRPr="00954C57">
        <w:rPr>
          <w:sz w:val="32"/>
          <w:szCs w:val="36"/>
        </w:rPr>
        <w:t>.</w:t>
      </w:r>
    </w:p>
    <w:p w14:paraId="3F1295CA" w14:textId="77777777" w:rsidR="00FF1128" w:rsidRDefault="00FF1128">
      <w:pPr>
        <w:spacing w:after="160" w:line="240" w:lineRule="auto"/>
        <w:rPr>
          <w:sz w:val="20"/>
        </w:rPr>
      </w:pPr>
    </w:p>
    <w:p w14:paraId="45BB815E" w14:textId="77777777" w:rsidR="00FF1128" w:rsidRDefault="00FF1128">
      <w:pPr>
        <w:spacing w:after="160" w:line="240" w:lineRule="auto"/>
      </w:pPr>
    </w:p>
    <w:sectPr w:rsidR="00FF1128" w:rsidSect="00034616">
      <w:headerReference w:type="default" r:id="rId15"/>
      <w:footerReference w:type="default" r:id="rId16"/>
      <w:pgSz w:w="15840" w:h="12240" w:orient="landscape"/>
      <w:pgMar w:top="648" w:right="648" w:bottom="648" w:left="648" w:header="245" w:footer="245" w:gutter="0"/>
      <w:cols w:num="2" w:space="3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ECC3A" w14:textId="77777777" w:rsidR="00EB6AD3" w:rsidRDefault="00EB6AD3">
      <w:pPr>
        <w:spacing w:after="0" w:line="240" w:lineRule="auto"/>
      </w:pPr>
      <w:r>
        <w:separator/>
      </w:r>
    </w:p>
  </w:endnote>
  <w:endnote w:type="continuationSeparator" w:id="0">
    <w:p w14:paraId="76A14881" w14:textId="77777777" w:rsidR="00EB6AD3" w:rsidRDefault="00EB6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D43F" w14:textId="77777777" w:rsidR="006261A0" w:rsidRDefault="000C7F81">
    <w:pPr>
      <w:pStyle w:val="Footer"/>
      <w:pBdr>
        <w:top w:val="single" w:sz="6" w:space="0" w:color="888888"/>
      </w:pBdr>
      <w:jc w:val="center"/>
    </w:pPr>
    <w:r>
      <w:rPr>
        <w:sz w:val="16"/>
      </w:rPr>
      <w:t>13.4 Acceleration and the TNB-Frame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6097F" w14:textId="77777777" w:rsidR="00EB6AD3" w:rsidRDefault="00EB6AD3">
      <w:pPr>
        <w:spacing w:after="0" w:line="240" w:lineRule="auto"/>
      </w:pPr>
      <w:r>
        <w:separator/>
      </w:r>
    </w:p>
  </w:footnote>
  <w:footnote w:type="continuationSeparator" w:id="0">
    <w:p w14:paraId="208B4C98" w14:textId="77777777" w:rsidR="00EB6AD3" w:rsidRDefault="00EB6A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35A58" w14:textId="77777777" w:rsidR="006261A0" w:rsidRDefault="000C7F81">
    <w:pPr>
      <w:pStyle w:val="Header"/>
      <w:pBdr>
        <w:bottom w:val="single" w:sz="6" w:space="0" w:color="888888"/>
      </w:pBdr>
      <w:jc w:val="center"/>
    </w:pPr>
    <w:r>
      <w:rPr>
        <w:b/>
        <w:sz w:val="18"/>
      </w:rPr>
      <w:t xml:space="preserve">13.4 Acceleration and the TNB-Frame   |   Page </w:t>
    </w:r>
    <w:r>
      <w:fldChar w:fldCharType="begin"/>
    </w:r>
    <w:r>
      <w:instrText>PAGE</w:instrText>
    </w:r>
    <w:r>
      <w:fldChar w:fldCharType="separate"/>
    </w:r>
    <w:r w:rsidR="005D0102">
      <w:rPr>
        <w:noProof/>
      </w:rP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0561B5"/>
    <w:multiLevelType w:val="hybridMultilevel"/>
    <w:tmpl w:val="3670D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C17B50"/>
    <w:multiLevelType w:val="hybridMultilevel"/>
    <w:tmpl w:val="08786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9A38FB"/>
    <w:multiLevelType w:val="hybridMultilevel"/>
    <w:tmpl w:val="69322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987079"/>
    <w:multiLevelType w:val="hybridMultilevel"/>
    <w:tmpl w:val="F01E5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1C7978"/>
    <w:multiLevelType w:val="hybridMultilevel"/>
    <w:tmpl w:val="F5DA3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C83967"/>
    <w:multiLevelType w:val="hybridMultilevel"/>
    <w:tmpl w:val="E1B8F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D462B7"/>
    <w:multiLevelType w:val="hybridMultilevel"/>
    <w:tmpl w:val="E1587A9E"/>
    <w:lvl w:ilvl="0" w:tplc="71D695B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27B7A"/>
    <w:multiLevelType w:val="hybridMultilevel"/>
    <w:tmpl w:val="098EF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A926B4"/>
    <w:multiLevelType w:val="hybridMultilevel"/>
    <w:tmpl w:val="53346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30416C"/>
    <w:multiLevelType w:val="hybridMultilevel"/>
    <w:tmpl w:val="65B8A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C36EAF"/>
    <w:multiLevelType w:val="hybridMultilevel"/>
    <w:tmpl w:val="FDB81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AC30C8"/>
    <w:multiLevelType w:val="hybridMultilevel"/>
    <w:tmpl w:val="93F6C1DC"/>
    <w:lvl w:ilvl="0" w:tplc="086ED602">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96525C"/>
    <w:multiLevelType w:val="hybridMultilevel"/>
    <w:tmpl w:val="8162F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9303079">
    <w:abstractNumId w:val="8"/>
  </w:num>
  <w:num w:numId="2" w16cid:durableId="1222905168">
    <w:abstractNumId w:val="6"/>
  </w:num>
  <w:num w:numId="3" w16cid:durableId="1342127038">
    <w:abstractNumId w:val="5"/>
  </w:num>
  <w:num w:numId="4" w16cid:durableId="489099941">
    <w:abstractNumId w:val="4"/>
  </w:num>
  <w:num w:numId="5" w16cid:durableId="1106389812">
    <w:abstractNumId w:val="7"/>
  </w:num>
  <w:num w:numId="6" w16cid:durableId="2079743868">
    <w:abstractNumId w:val="3"/>
  </w:num>
  <w:num w:numId="7" w16cid:durableId="817460052">
    <w:abstractNumId w:val="2"/>
  </w:num>
  <w:num w:numId="8" w16cid:durableId="1095132566">
    <w:abstractNumId w:val="1"/>
  </w:num>
  <w:num w:numId="9" w16cid:durableId="1781030326">
    <w:abstractNumId w:val="0"/>
  </w:num>
  <w:num w:numId="10" w16cid:durableId="1200242524">
    <w:abstractNumId w:val="14"/>
  </w:num>
  <w:num w:numId="11" w16cid:durableId="705760764">
    <w:abstractNumId w:val="9"/>
  </w:num>
  <w:num w:numId="12" w16cid:durableId="967661214">
    <w:abstractNumId w:val="13"/>
  </w:num>
  <w:num w:numId="13" w16cid:durableId="1532180642">
    <w:abstractNumId w:val="12"/>
  </w:num>
  <w:num w:numId="14" w16cid:durableId="1650669756">
    <w:abstractNumId w:val="16"/>
  </w:num>
  <w:num w:numId="15" w16cid:durableId="327253426">
    <w:abstractNumId w:val="17"/>
  </w:num>
  <w:num w:numId="16" w16cid:durableId="128789186">
    <w:abstractNumId w:val="19"/>
  </w:num>
  <w:num w:numId="17" w16cid:durableId="883252748">
    <w:abstractNumId w:val="11"/>
  </w:num>
  <w:num w:numId="18" w16cid:durableId="1319116024">
    <w:abstractNumId w:val="18"/>
  </w:num>
  <w:num w:numId="19" w16cid:durableId="1622571772">
    <w:abstractNumId w:val="21"/>
  </w:num>
  <w:num w:numId="20" w16cid:durableId="1784573039">
    <w:abstractNumId w:val="15"/>
  </w:num>
  <w:num w:numId="21" w16cid:durableId="1919554164">
    <w:abstractNumId w:val="20"/>
  </w:num>
  <w:num w:numId="22" w16cid:durableId="19703554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C3002"/>
    <w:rsid w:val="000C7F81"/>
    <w:rsid w:val="00120B42"/>
    <w:rsid w:val="0015074B"/>
    <w:rsid w:val="001B7F4F"/>
    <w:rsid w:val="00205EBE"/>
    <w:rsid w:val="00246292"/>
    <w:rsid w:val="00292103"/>
    <w:rsid w:val="0029639D"/>
    <w:rsid w:val="00326F90"/>
    <w:rsid w:val="00460569"/>
    <w:rsid w:val="0046314C"/>
    <w:rsid w:val="00582AC8"/>
    <w:rsid w:val="005D0102"/>
    <w:rsid w:val="006261A0"/>
    <w:rsid w:val="006D7A2E"/>
    <w:rsid w:val="006F4D83"/>
    <w:rsid w:val="00783F19"/>
    <w:rsid w:val="00884770"/>
    <w:rsid w:val="009347B4"/>
    <w:rsid w:val="00A630EF"/>
    <w:rsid w:val="00A67FDC"/>
    <w:rsid w:val="00AA1D8D"/>
    <w:rsid w:val="00AF6B7E"/>
    <w:rsid w:val="00AF6C23"/>
    <w:rsid w:val="00B04ED7"/>
    <w:rsid w:val="00B47730"/>
    <w:rsid w:val="00B613B4"/>
    <w:rsid w:val="00BC334F"/>
    <w:rsid w:val="00BF25C6"/>
    <w:rsid w:val="00BF78DF"/>
    <w:rsid w:val="00C0789D"/>
    <w:rsid w:val="00C12AB4"/>
    <w:rsid w:val="00C12DCE"/>
    <w:rsid w:val="00C3560D"/>
    <w:rsid w:val="00C84484"/>
    <w:rsid w:val="00CB0664"/>
    <w:rsid w:val="00CD0265"/>
    <w:rsid w:val="00D33B6A"/>
    <w:rsid w:val="00DE7197"/>
    <w:rsid w:val="00E815AA"/>
    <w:rsid w:val="00EB6AD3"/>
    <w:rsid w:val="00F01F81"/>
    <w:rsid w:val="00F47761"/>
    <w:rsid w:val="00F6233C"/>
    <w:rsid w:val="00FC693F"/>
    <w:rsid w:val="00FF11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1A1EFD"/>
  <w14:defaultImageDpi w14:val="300"/>
  <w15:docId w15:val="{D1243B99-5149-418C-B5FF-9995B1129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libri" w:hAnsi="Calibri"/>
      <w:sz w:val="3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3560D"/>
    <w:rPr>
      <w:color w:val="0000FF" w:themeColor="hyperlink"/>
      <w:u w:val="single"/>
    </w:rPr>
  </w:style>
  <w:style w:type="character" w:styleId="UnresolvedMention">
    <w:name w:val="Unresolved Mention"/>
    <w:basedOn w:val="DefaultParagraphFont"/>
    <w:uiPriority w:val="99"/>
    <w:semiHidden/>
    <w:unhideWhenUsed/>
    <w:rsid w:val="001B7F4F"/>
    <w:rPr>
      <w:color w:val="605E5C"/>
      <w:shd w:val="clear" w:color="auto" w:fill="E1DFDD"/>
    </w:rPr>
  </w:style>
  <w:style w:type="character" w:styleId="PlaceholderText">
    <w:name w:val="Placeholder Text"/>
    <w:basedOn w:val="DefaultParagraphFont"/>
    <w:uiPriority w:val="99"/>
    <w:semiHidden/>
    <w:rsid w:val="00F01F8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esmos.com/3d/qkrqow2wu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smos.com/3d/875cbc9d5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esmos.com/calculator/7e3d6db11e"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28323-25FC-43C8-8B99-50A9FB1E2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9</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13.3 Measurement Tools for Curves</vt:lpstr>
    </vt:vector>
  </TitlesOfParts>
  <Manager/>
  <Company/>
  <LinksUpToDate>false</LinksUpToDate>
  <CharactersWithSpaces>4536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13.4 Acceleration and the TNB-Frame</dc:title>
  <dc:subject/>
  <dc:creator>python-docx</dc:creator>
  <cp:keywords/>
  <dc:description>generated by python-docx</dc:description>
  <cp:lastModifiedBy>Andrew Loveless</cp:lastModifiedBy>
  <cp:revision>15</cp:revision>
  <cp:lastPrinted>2026-10-19T03:46:00Z</cp:lastPrinted>
  <dcterms:created xsi:type="dcterms:W3CDTF">2026-10-12T17:47:00Z</dcterms:created>
  <dcterms:modified xsi:type="dcterms:W3CDTF">2026-10-19T03:51:00Z</dcterms:modified>
  <cp:category/>
</cp:coreProperties>
</file>